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ACEB9" w14:textId="77777777" w:rsidR="00D1720B" w:rsidRDefault="00000000">
      <w:pPr>
        <w:spacing w:after="60"/>
        <w:jc w:val="center"/>
      </w:pPr>
      <w:r>
        <w:rPr>
          <w:b/>
          <w:sz w:val="28"/>
        </w:rPr>
        <w:t>CUMHURIYET ÇINARI İLKOKULU MÜDÜRLÜĞÜNE</w:t>
      </w:r>
    </w:p>
    <w:p w14:paraId="5E79746F" w14:textId="77777777" w:rsidR="00D1720B" w:rsidRDefault="00000000">
      <w:pPr>
        <w:spacing w:after="60"/>
        <w:jc w:val="center"/>
      </w:pPr>
      <w:r>
        <w:rPr>
          <w:b/>
          <w:sz w:val="24"/>
        </w:rPr>
        <w:t>2026-2027 EĞİTİM ÖĞRETİM YILI</w:t>
      </w:r>
    </w:p>
    <w:p w14:paraId="7474AF5F" w14:textId="77777777" w:rsidR="00D1720B" w:rsidRDefault="00000000">
      <w:pPr>
        <w:spacing w:after="140"/>
        <w:jc w:val="center"/>
      </w:pPr>
      <w:r>
        <w:rPr>
          <w:b/>
          <w:sz w:val="24"/>
        </w:rPr>
        <w:t>1. SINIFLAR SENE SONU ZÜMRE ÖĞRETMENLER KURULU TOPLANTISI</w:t>
      </w:r>
    </w:p>
    <w:p w14:paraId="3B78C2AD" w14:textId="77777777" w:rsidR="00D1720B" w:rsidRDefault="00000000">
      <w:pPr>
        <w:spacing w:after="60"/>
        <w:jc w:val="both"/>
      </w:pPr>
      <w:r>
        <w:t>1. sınıflar sene sonu zümre öğretmenler kurulu toplantısının 18 Haziran 2027 Cuma günü saat 13.30'da 1/A Sınıfında yapılması planlanmıştır.</w:t>
      </w:r>
    </w:p>
    <w:p w14:paraId="22D147BB" w14:textId="77777777" w:rsidR="00D1720B" w:rsidRDefault="00000000">
      <w:pPr>
        <w:spacing w:after="60"/>
        <w:jc w:val="both"/>
      </w:pPr>
      <w:r>
        <w:t>Bilgilerinize arz ederim.</w:t>
      </w:r>
    </w:p>
    <w:p w14:paraId="51B9A574" w14:textId="77777777" w:rsidR="00D1720B" w:rsidRDefault="00000000">
      <w:pPr>
        <w:spacing w:after="60"/>
        <w:jc w:val="right"/>
      </w:pPr>
      <w:r>
        <w:rPr>
          <w:b/>
        </w:rPr>
        <w:t>16 Haziran 2027</w:t>
      </w:r>
      <w:r>
        <w:rPr>
          <w:b/>
        </w:rPr>
        <w:br/>
        <w:t>Neslihan ER</w:t>
      </w:r>
      <w:r>
        <w:rPr>
          <w:b/>
        </w:rPr>
        <w:br/>
        <w:t>Zümre Başkanı</w:t>
      </w:r>
    </w:p>
    <w:p w14:paraId="5A0D28C8" w14:textId="77777777" w:rsidR="00D1720B" w:rsidRDefault="00000000">
      <w:pPr>
        <w:spacing w:before="80" w:after="40"/>
        <w:jc w:val="both"/>
      </w:pPr>
      <w:r>
        <w:rPr>
          <w:b/>
          <w:sz w:val="22"/>
        </w:rPr>
        <w:t>GÜNDEM MADDELERİ</w:t>
      </w:r>
    </w:p>
    <w:p w14:paraId="45E27219" w14:textId="77777777" w:rsidR="00D1720B" w:rsidRDefault="00000000">
      <w:pPr>
        <w:spacing w:after="28"/>
        <w:jc w:val="both"/>
      </w:pPr>
      <w:r>
        <w:t>1. Açılış, yoklama ve gündemin onaylanması</w:t>
      </w:r>
    </w:p>
    <w:p w14:paraId="1B400313" w14:textId="77777777" w:rsidR="00D1720B" w:rsidRDefault="00000000">
      <w:pPr>
        <w:spacing w:after="28"/>
        <w:jc w:val="both"/>
      </w:pPr>
      <w:r>
        <w:t>2. Yıl boyunca uygulanan öğretim süreçlerinin genel değerlendirilmesi</w:t>
      </w:r>
    </w:p>
    <w:p w14:paraId="01C2A927" w14:textId="77777777" w:rsidR="00D1720B" w:rsidRDefault="00000000">
      <w:pPr>
        <w:spacing w:after="28"/>
        <w:jc w:val="both"/>
      </w:pPr>
      <w:r>
        <w:t>3. İlk okuma yazma sürecinin yıl sonu değerlendirilmesi</w:t>
      </w:r>
    </w:p>
    <w:p w14:paraId="23DFE7F4" w14:textId="77777777" w:rsidR="00D1720B" w:rsidRDefault="00000000">
      <w:pPr>
        <w:spacing w:after="28"/>
        <w:jc w:val="both"/>
      </w:pPr>
      <w:r>
        <w:t>4. Okuduğunu anlama ve anlatım gelişimi</w:t>
      </w:r>
    </w:p>
    <w:p w14:paraId="5FD24A9E" w14:textId="77777777" w:rsidR="00D1720B" w:rsidRDefault="00000000">
      <w:pPr>
        <w:spacing w:after="28"/>
        <w:jc w:val="both"/>
      </w:pPr>
      <w:r>
        <w:t>5. Temel matematiksel düşünme ve problem çözme</w:t>
      </w:r>
    </w:p>
    <w:p w14:paraId="21856B1D" w14:textId="77777777" w:rsidR="00D1720B" w:rsidRDefault="00000000">
      <w:pPr>
        <w:spacing w:after="28"/>
        <w:jc w:val="both"/>
      </w:pPr>
      <w:r>
        <w:t>6. Öz bakım, güvenlik ve yaşam becerileri</w:t>
      </w:r>
    </w:p>
    <w:p w14:paraId="166AF79A" w14:textId="77777777" w:rsidR="00D1720B" w:rsidRDefault="00000000">
      <w:pPr>
        <w:spacing w:after="28"/>
        <w:jc w:val="both"/>
      </w:pPr>
      <w:r>
        <w:t>7. Oyun, hareket ve sosyal-duygusal gelişim</w:t>
      </w:r>
    </w:p>
    <w:p w14:paraId="20A98E0A" w14:textId="77777777" w:rsidR="00D1720B" w:rsidRDefault="00000000">
      <w:pPr>
        <w:spacing w:after="28"/>
        <w:jc w:val="both"/>
      </w:pPr>
      <w:r>
        <w:t>8. İkinci sınıfa geçiş ve yaz dönemi</w:t>
      </w:r>
    </w:p>
    <w:p w14:paraId="23BAC6DD" w14:textId="77777777" w:rsidR="00D1720B" w:rsidRDefault="00000000">
      <w:pPr>
        <w:spacing w:after="28"/>
        <w:jc w:val="both"/>
      </w:pPr>
      <w:r>
        <w:t>9. Öğrenme çıktıları ve öğrenme kanıtlarının değerlendirilmesi</w:t>
      </w:r>
    </w:p>
    <w:p w14:paraId="4F6BCCB9" w14:textId="77777777" w:rsidR="00D1720B" w:rsidRDefault="00000000">
      <w:pPr>
        <w:spacing w:after="28"/>
        <w:jc w:val="both"/>
      </w:pPr>
      <w:r>
        <w:t>10. Farklılaştırılmış öğretim, destekleme ve zenginleştirme</w:t>
      </w:r>
    </w:p>
    <w:p w14:paraId="7599B723" w14:textId="77777777" w:rsidR="00D1720B" w:rsidRDefault="00000000">
      <w:pPr>
        <w:spacing w:after="28"/>
        <w:jc w:val="both"/>
      </w:pPr>
      <w:r>
        <w:t>11. Süreç odaklı ölçme-değerlendirme ve geri bildirim</w:t>
      </w:r>
    </w:p>
    <w:p w14:paraId="2513A311" w14:textId="77777777" w:rsidR="00D1720B" w:rsidRDefault="00000000">
      <w:pPr>
        <w:spacing w:after="28"/>
        <w:jc w:val="both"/>
      </w:pPr>
      <w:r>
        <w:t>12. Erdem-Değer-Eylem ve sosyal-duygusal gelişim</w:t>
      </w:r>
    </w:p>
    <w:p w14:paraId="7D6385A2" w14:textId="77777777" w:rsidR="00D1720B" w:rsidRDefault="00000000">
      <w:pPr>
        <w:spacing w:after="28"/>
        <w:jc w:val="both"/>
      </w:pPr>
      <w:r>
        <w:t>13. Özel eğitim, BEP ve rehberlik çalışmaları</w:t>
      </w:r>
    </w:p>
    <w:p w14:paraId="6E0A9C79" w14:textId="77777777" w:rsidR="00D1720B" w:rsidRDefault="00000000">
      <w:pPr>
        <w:spacing w:after="28"/>
        <w:jc w:val="both"/>
      </w:pPr>
      <w:r>
        <w:t>14. Okul-aile iş birliği, devam ve öğrenci mahremiyeti</w:t>
      </w:r>
    </w:p>
    <w:p w14:paraId="2821BB47" w14:textId="77777777" w:rsidR="00D1720B" w:rsidRDefault="00000000">
      <w:pPr>
        <w:spacing w:after="28"/>
        <w:jc w:val="both"/>
      </w:pPr>
      <w:r>
        <w:t>15. Zümre içi iş birliği ve iyi uygulama paylaşımı</w:t>
      </w:r>
    </w:p>
    <w:p w14:paraId="311A6D3C" w14:textId="77777777" w:rsidR="00D1720B" w:rsidRDefault="00000000">
      <w:pPr>
        <w:spacing w:after="28"/>
        <w:jc w:val="both"/>
      </w:pPr>
      <w:r>
        <w:t>16. Bir üst sınıfa geçiş ve yaz dönemi önerileri</w:t>
      </w:r>
    </w:p>
    <w:p w14:paraId="5DDD537D" w14:textId="77777777" w:rsidR="00D1720B" w:rsidRDefault="00000000">
      <w:pPr>
        <w:spacing w:after="28"/>
        <w:jc w:val="both"/>
      </w:pPr>
      <w:r>
        <w:t>17. Dilek, temenniler ve kapanış</w:t>
      </w:r>
    </w:p>
    <w:p w14:paraId="0ED8C133" w14:textId="77777777" w:rsidR="00D1720B" w:rsidRDefault="00D1720B">
      <w:pPr>
        <w:spacing w:before="240" w:after="100"/>
        <w:jc w:val="both"/>
      </w:pPr>
    </w:p>
    <w:p w14:paraId="2E6A6469" w14:textId="77777777" w:rsidR="00B01518" w:rsidRDefault="00B01518">
      <w:pPr>
        <w:spacing w:before="120" w:after="0"/>
        <w:jc w:val="center"/>
        <w:rPr>
          <w:b/>
          <w:sz w:val="21"/>
        </w:rPr>
      </w:pPr>
    </w:p>
    <w:p w14:paraId="47637005" w14:textId="77777777" w:rsidR="00B01518" w:rsidRDefault="00B01518">
      <w:pPr>
        <w:spacing w:before="120" w:after="0"/>
        <w:jc w:val="center"/>
        <w:rPr>
          <w:b/>
          <w:sz w:val="21"/>
        </w:rPr>
      </w:pPr>
    </w:p>
    <w:p w14:paraId="78B2592B" w14:textId="77777777" w:rsidR="00B01518" w:rsidRDefault="00B01518">
      <w:pPr>
        <w:spacing w:before="120" w:after="0"/>
        <w:jc w:val="center"/>
        <w:rPr>
          <w:b/>
          <w:sz w:val="21"/>
        </w:rPr>
      </w:pPr>
    </w:p>
    <w:p w14:paraId="29B6EA4C" w14:textId="77777777" w:rsidR="00B01518" w:rsidRDefault="00B01518">
      <w:pPr>
        <w:spacing w:before="120" w:after="0"/>
        <w:jc w:val="center"/>
        <w:rPr>
          <w:b/>
          <w:sz w:val="21"/>
        </w:rPr>
      </w:pPr>
    </w:p>
    <w:p w14:paraId="6DAA6CD3" w14:textId="77777777" w:rsidR="00B01518" w:rsidRDefault="00B01518">
      <w:pPr>
        <w:spacing w:before="120" w:after="0"/>
        <w:jc w:val="center"/>
        <w:rPr>
          <w:b/>
          <w:sz w:val="21"/>
        </w:rPr>
      </w:pPr>
    </w:p>
    <w:p w14:paraId="1A45169A" w14:textId="77777777" w:rsidR="00B01518" w:rsidRDefault="00B01518">
      <w:pPr>
        <w:spacing w:before="120" w:after="0"/>
        <w:jc w:val="center"/>
        <w:rPr>
          <w:b/>
          <w:sz w:val="21"/>
        </w:rPr>
      </w:pPr>
    </w:p>
    <w:p w14:paraId="2C786C63" w14:textId="3E1DDA1B" w:rsidR="00D1720B" w:rsidRDefault="00000000">
      <w:pPr>
        <w:spacing w:before="120" w:after="0"/>
        <w:jc w:val="center"/>
      </w:pPr>
      <w:r>
        <w:rPr>
          <w:b/>
          <w:sz w:val="21"/>
        </w:rPr>
        <w:t>UYGUNDUR</w:t>
      </w:r>
      <w:r>
        <w:rPr>
          <w:b/>
          <w:sz w:val="21"/>
        </w:rPr>
        <w:br/>
        <w:t>Ahmet YILDIRIM</w:t>
      </w:r>
      <w:r>
        <w:rPr>
          <w:b/>
          <w:sz w:val="21"/>
        </w:rPr>
        <w:br/>
      </w:r>
      <w:proofErr w:type="spellStart"/>
      <w:r>
        <w:rPr>
          <w:b/>
          <w:sz w:val="21"/>
        </w:rPr>
        <w:t>Okul</w:t>
      </w:r>
      <w:proofErr w:type="spellEnd"/>
      <w:r>
        <w:rPr>
          <w:b/>
          <w:sz w:val="21"/>
        </w:rPr>
        <w:t xml:space="preserve"> </w:t>
      </w:r>
      <w:proofErr w:type="spellStart"/>
      <w:r>
        <w:rPr>
          <w:b/>
          <w:sz w:val="21"/>
        </w:rPr>
        <w:t>Müdürü</w:t>
      </w:r>
      <w:proofErr w:type="spellEnd"/>
    </w:p>
    <w:p w14:paraId="22E2E7E9" w14:textId="77777777" w:rsidR="00D1720B" w:rsidRDefault="00000000">
      <w:r>
        <w:br w:type="page"/>
      </w:r>
    </w:p>
    <w:p w14:paraId="75E7963B" w14:textId="77777777" w:rsidR="00D1720B" w:rsidRDefault="00000000">
      <w:pPr>
        <w:spacing w:after="60"/>
        <w:jc w:val="center"/>
      </w:pPr>
      <w:r>
        <w:rPr>
          <w:b/>
          <w:sz w:val="28"/>
        </w:rPr>
        <w:lastRenderedPageBreak/>
        <w:t>CUMHURIYET ÇINARI İLKOKULU</w:t>
      </w:r>
    </w:p>
    <w:p w14:paraId="507B454D" w14:textId="77777777" w:rsidR="00D1720B" w:rsidRDefault="00000000">
      <w:pPr>
        <w:spacing w:after="60"/>
        <w:jc w:val="center"/>
      </w:pPr>
      <w:r>
        <w:rPr>
          <w:b/>
          <w:sz w:val="24"/>
        </w:rPr>
        <w:t>1. SINIFLAR SENE SONU ZÜMRE ÖĞRETMENLER KURULU TOPLANTI TUTANAĞI</w:t>
      </w:r>
    </w:p>
    <w:p w14:paraId="5389E1BD" w14:textId="77777777" w:rsidR="00B01518" w:rsidRDefault="00B01518">
      <w:pPr>
        <w:rPr>
          <w:b/>
        </w:rPr>
      </w:pPr>
    </w:p>
    <w:p w14:paraId="241E7C28" w14:textId="6780CEC9" w:rsidR="00D1720B" w:rsidRDefault="00000000">
      <w:proofErr w:type="spellStart"/>
      <w:r>
        <w:rPr>
          <w:b/>
        </w:rPr>
        <w:t>Toplantı</w:t>
      </w:r>
      <w:proofErr w:type="spellEnd"/>
      <w:r>
        <w:rPr>
          <w:b/>
        </w:rPr>
        <w:t xml:space="preserve"> No: </w:t>
      </w:r>
      <w:r>
        <w:t>3</w:t>
      </w:r>
    </w:p>
    <w:p w14:paraId="408DD490" w14:textId="77777777" w:rsidR="00D1720B" w:rsidRDefault="00000000">
      <w:r>
        <w:rPr>
          <w:b/>
        </w:rPr>
        <w:t xml:space="preserve">Toplantı Tarihi: </w:t>
      </w:r>
      <w:r>
        <w:t>18 Haziran 2027 Cuma</w:t>
      </w:r>
    </w:p>
    <w:p w14:paraId="1C205D79" w14:textId="77777777" w:rsidR="00D1720B" w:rsidRDefault="00000000">
      <w:r>
        <w:rPr>
          <w:b/>
        </w:rPr>
        <w:t xml:space="preserve">Toplantı Saati: </w:t>
      </w:r>
      <w:r>
        <w:t>13.30</w:t>
      </w:r>
    </w:p>
    <w:p w14:paraId="20AEB789" w14:textId="77777777" w:rsidR="00D1720B" w:rsidRDefault="00000000">
      <w:r>
        <w:rPr>
          <w:b/>
        </w:rPr>
        <w:t xml:space="preserve">Toplantı Yeri: </w:t>
      </w:r>
      <w:r>
        <w:t>1/A Sınıfı</w:t>
      </w:r>
    </w:p>
    <w:p w14:paraId="69C3CEAB" w14:textId="77777777" w:rsidR="00D1720B" w:rsidRDefault="00000000">
      <w:r>
        <w:rPr>
          <w:b/>
        </w:rPr>
        <w:t xml:space="preserve">Zümre Başkanı: </w:t>
      </w:r>
      <w:r>
        <w:t>Neslihan ER</w:t>
      </w:r>
    </w:p>
    <w:p w14:paraId="17DC7667" w14:textId="77777777" w:rsidR="00D1720B" w:rsidRDefault="00000000">
      <w:r>
        <w:rPr>
          <w:b/>
        </w:rPr>
        <w:t xml:space="preserve">Katılanlar: </w:t>
      </w:r>
      <w:r>
        <w:t>Neslihan ER, Ali Rıza KAYA, Büşra ŞAHİN, Ceren AKTAŞ, Murat CAN, Sevilay ÖZ</w:t>
      </w:r>
    </w:p>
    <w:p w14:paraId="5A34A00E" w14:textId="77777777" w:rsidR="00B01518" w:rsidRDefault="00B01518">
      <w:pPr>
        <w:spacing w:before="80" w:after="40"/>
        <w:jc w:val="both"/>
        <w:rPr>
          <w:b/>
          <w:sz w:val="22"/>
        </w:rPr>
      </w:pPr>
    </w:p>
    <w:p w14:paraId="7FB6FFB1" w14:textId="6BA5FF00" w:rsidR="00D1720B" w:rsidRDefault="00000000">
      <w:pPr>
        <w:spacing w:before="80" w:after="40"/>
        <w:jc w:val="both"/>
      </w:pPr>
      <w:r>
        <w:rPr>
          <w:b/>
          <w:sz w:val="22"/>
        </w:rPr>
        <w:t>GÜNDEM MADDELERİNİN GÖRÜŞÜLMESİ</w:t>
      </w:r>
    </w:p>
    <w:p w14:paraId="2A7C24EF" w14:textId="77777777" w:rsidR="00D1720B" w:rsidRDefault="00000000">
      <w:pPr>
        <w:spacing w:before="80" w:after="40"/>
        <w:jc w:val="both"/>
      </w:pPr>
      <w:r>
        <w:rPr>
          <w:b/>
          <w:sz w:val="22"/>
        </w:rPr>
        <w:t>1. Açılış, yoklama ve gündemin onaylanması</w:t>
      </w:r>
    </w:p>
    <w:p w14:paraId="77A1B392" w14:textId="77777777" w:rsidR="00D1720B" w:rsidRDefault="00000000">
      <w:pPr>
        <w:spacing w:after="60"/>
        <w:jc w:val="both"/>
      </w:pPr>
      <w:r>
        <w:t>Toplantı Zümre Başkanı Neslihan ER tarafından açıldı. Yoklamada zümre başkanı ve beş zümre öğretmeni olmak üzere altı öğretmenin hazır bulunduğu görüldü. Gündem okunarak oy birliğiyle kabul edildi.</w:t>
      </w:r>
    </w:p>
    <w:p w14:paraId="1172E493" w14:textId="77777777" w:rsidR="00D1720B" w:rsidRDefault="00000000">
      <w:pPr>
        <w:spacing w:before="80" w:after="40"/>
        <w:jc w:val="both"/>
      </w:pPr>
      <w:r>
        <w:rPr>
          <w:b/>
          <w:sz w:val="22"/>
        </w:rPr>
        <w:t>2. Yıl boyunca uygulanan öğretim süreçlerinin genel değerlendirilmesi</w:t>
      </w:r>
    </w:p>
    <w:p w14:paraId="7FB78AAE" w14:textId="77777777" w:rsidR="00D1720B" w:rsidRDefault="00000000">
      <w:pPr>
        <w:spacing w:after="60"/>
        <w:jc w:val="both"/>
      </w:pPr>
      <w:r>
        <w:t>Yıl boyunca uygulanan öğretim süreçlerinin genel değerlendirilmesi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3F5026A7" w14:textId="77777777" w:rsidR="00D1720B" w:rsidRDefault="00000000">
      <w:pPr>
        <w:spacing w:before="80" w:after="40"/>
        <w:jc w:val="both"/>
      </w:pPr>
      <w:r>
        <w:rPr>
          <w:b/>
          <w:sz w:val="22"/>
        </w:rPr>
        <w:t>3. İlk okuma yazma sürecinin yıl sonu değerlendirilmesi</w:t>
      </w:r>
    </w:p>
    <w:p w14:paraId="00E7AED0" w14:textId="77777777" w:rsidR="00D1720B" w:rsidRDefault="00000000">
      <w:pPr>
        <w:spacing w:after="60"/>
        <w:jc w:val="both"/>
      </w:pPr>
      <w:r>
        <w:t>Öğrencilerin 2.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532A0261" w14:textId="77777777" w:rsidR="00D1720B" w:rsidRDefault="00000000">
      <w:pPr>
        <w:spacing w:before="80" w:after="40"/>
        <w:jc w:val="both"/>
      </w:pPr>
      <w:r>
        <w:rPr>
          <w:b/>
          <w:sz w:val="22"/>
        </w:rPr>
        <w:t>4. Okuduğunu anlama ve anlatım gelişimi</w:t>
      </w:r>
    </w:p>
    <w:p w14:paraId="0DAA3283" w14:textId="77777777" w:rsidR="00D1720B" w:rsidRDefault="00000000">
      <w:pPr>
        <w:spacing w:after="60"/>
        <w:jc w:val="both"/>
      </w:pPr>
      <w:r>
        <w:t>Okuduğunu anlama ve anlatım gelişimi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5560806A" w14:textId="77777777" w:rsidR="00D1720B" w:rsidRDefault="00000000">
      <w:pPr>
        <w:spacing w:before="80" w:after="40"/>
        <w:jc w:val="both"/>
      </w:pPr>
      <w:r>
        <w:rPr>
          <w:b/>
          <w:sz w:val="22"/>
        </w:rPr>
        <w:t>5. Temel matematiksel düşünme ve problem çözme</w:t>
      </w:r>
    </w:p>
    <w:p w14:paraId="722B3E84" w14:textId="77777777" w:rsidR="00D1720B" w:rsidRDefault="00000000">
      <w:pPr>
        <w:spacing w:after="60"/>
        <w:jc w:val="both"/>
      </w:pPr>
      <w:r>
        <w:t>Temel matematiksel düşünme ve problem çözme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000A5042" w14:textId="77777777" w:rsidR="00D1720B" w:rsidRDefault="00000000">
      <w:pPr>
        <w:spacing w:before="80" w:after="40"/>
        <w:jc w:val="both"/>
      </w:pPr>
      <w:r>
        <w:rPr>
          <w:b/>
          <w:sz w:val="22"/>
        </w:rPr>
        <w:t>6. Öz bakım, güvenlik ve yaşam becerileri</w:t>
      </w:r>
    </w:p>
    <w:p w14:paraId="26B5A2A9" w14:textId="77777777" w:rsidR="00D1720B" w:rsidRDefault="00000000">
      <w:pPr>
        <w:spacing w:after="60"/>
        <w:jc w:val="both"/>
      </w:pPr>
      <w:r>
        <w:t>Öz bakım, güvenlik ve yaşam becerileri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12DE718" w14:textId="77777777" w:rsidR="00D1720B" w:rsidRDefault="00000000">
      <w:pPr>
        <w:spacing w:before="80" w:after="40"/>
        <w:jc w:val="both"/>
      </w:pPr>
      <w:r>
        <w:rPr>
          <w:b/>
          <w:sz w:val="22"/>
        </w:rPr>
        <w:t>7. Oyun, hareket ve sosyal-duygusal gelişim</w:t>
      </w:r>
    </w:p>
    <w:p w14:paraId="79073F95" w14:textId="77777777" w:rsidR="00D1720B" w:rsidRDefault="00000000">
      <w:pPr>
        <w:spacing w:after="60"/>
        <w:jc w:val="both"/>
      </w:pPr>
      <w:r>
        <w:t xml:space="preserve">Oyun, hareket ve sosyal-duygusal gelişim başlığı yıl boyunca edinilen gözlemler ve öğrenci ürünleri ışığında değerlendirildi. Öğrencinin aktif olduğu, düşünmesini açıkladığı ve öğrendiğini günlük yaşamla ilişkilendirdiği uygulamaların daha işlevsel </w:t>
      </w:r>
      <w:r>
        <w:lastRenderedPageBreak/>
        <w:t>olduğu görüldü. Karşılaşılan güçlüklerde tek tip çalışma yerine öğrenci ihtiyacına göre yöntem, süre, materyal ve görevlerin esnek biçimde düzenlenmesinin yararlı olduğu konusunda görüş birliğine varıldı.</w:t>
      </w:r>
    </w:p>
    <w:p w14:paraId="261F3C5A" w14:textId="77777777" w:rsidR="00D1720B" w:rsidRDefault="00000000">
      <w:pPr>
        <w:spacing w:before="80" w:after="40"/>
        <w:jc w:val="both"/>
      </w:pPr>
      <w:r>
        <w:rPr>
          <w:b/>
          <w:sz w:val="22"/>
        </w:rPr>
        <w:t>8. İkinci sınıfa geçiş ve yaz dönemi</w:t>
      </w:r>
    </w:p>
    <w:p w14:paraId="175B210A" w14:textId="77777777" w:rsidR="00D1720B" w:rsidRDefault="00000000">
      <w:pPr>
        <w:spacing w:after="60"/>
        <w:jc w:val="both"/>
      </w:pPr>
      <w:r>
        <w:t>Öğrencilerin 2.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1E0F3608" w14:textId="77777777" w:rsidR="00D1720B" w:rsidRDefault="00000000">
      <w:pPr>
        <w:spacing w:before="80" w:after="40"/>
        <w:jc w:val="both"/>
      </w:pPr>
      <w:r>
        <w:rPr>
          <w:b/>
          <w:sz w:val="22"/>
        </w:rPr>
        <w:t>9. Öğrenme çıktıları ve öğrenme kanıtlarının değerlendirilmesi</w:t>
      </w:r>
    </w:p>
    <w:p w14:paraId="489889A0" w14:textId="77777777" w:rsidR="00D1720B"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1EE4AC39" w14:textId="77777777" w:rsidR="00D1720B" w:rsidRDefault="00000000">
      <w:pPr>
        <w:spacing w:before="80" w:after="40"/>
        <w:jc w:val="both"/>
      </w:pPr>
      <w:r>
        <w:rPr>
          <w:b/>
          <w:sz w:val="22"/>
        </w:rPr>
        <w:t>10. Farklılaştırılmış öğretim, destekleme ve zenginleştirme</w:t>
      </w:r>
    </w:p>
    <w:p w14:paraId="45AFCC2A" w14:textId="77777777" w:rsidR="00D1720B" w:rsidRDefault="00000000">
      <w:pPr>
        <w:spacing w:after="60"/>
        <w:jc w:val="both"/>
      </w:pPr>
      <w:r>
        <w:t>Yıl içinde destekleme amacıyla kullanılan ek modelleme, somutlaştırma, basamaklandırma ve geri bildirim uygulamaları ile zenginleştirme amacıyla kullanılan açık uçlu, araştırma ve üretime dayalı görevler değerlendirildi. Öğrenci ihtiyacına göre esnek düzenleme yapılmasının katılımı artırdığı; bir sonraki yıl için bu uygulamaların erken planlanmasının yararlı olacağı belirtildi.</w:t>
      </w:r>
    </w:p>
    <w:p w14:paraId="04384FB6" w14:textId="77777777" w:rsidR="00D1720B" w:rsidRDefault="00000000">
      <w:pPr>
        <w:spacing w:before="80" w:after="40"/>
        <w:jc w:val="both"/>
      </w:pPr>
      <w:r>
        <w:rPr>
          <w:b/>
          <w:sz w:val="22"/>
        </w:rPr>
        <w:t>11. Süreç odaklı ölçme-değerlendirme ve geri bildirim</w:t>
      </w:r>
    </w:p>
    <w:p w14:paraId="7F56B488" w14:textId="77777777" w:rsidR="00D1720B"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3C58C72F" w14:textId="77777777" w:rsidR="00D1720B" w:rsidRDefault="00000000">
      <w:pPr>
        <w:spacing w:before="80" w:after="40"/>
        <w:jc w:val="both"/>
      </w:pPr>
      <w:r>
        <w:rPr>
          <w:b/>
          <w:sz w:val="22"/>
        </w:rPr>
        <w:t>12. Erdem-Değer-Eylem ve sosyal-duygusal gelişim</w:t>
      </w:r>
    </w:p>
    <w:p w14:paraId="34DE20A1" w14:textId="77777777" w:rsidR="00D1720B" w:rsidRDefault="00000000">
      <w:pPr>
        <w:spacing w:after="60"/>
        <w:jc w:val="both"/>
      </w:pPr>
      <w:r>
        <w:t>Erdem-Değer-Eylem ve sosyal-duygusal gelişim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48969010" w14:textId="77777777" w:rsidR="00D1720B" w:rsidRDefault="00000000">
      <w:pPr>
        <w:spacing w:before="80" w:after="40"/>
        <w:jc w:val="both"/>
      </w:pPr>
      <w:r>
        <w:rPr>
          <w:b/>
          <w:sz w:val="22"/>
        </w:rPr>
        <w:t>13. Özel eğitim, BEP ve rehberlik çalışmaları</w:t>
      </w:r>
    </w:p>
    <w:p w14:paraId="53218BE7" w14:textId="77777777" w:rsidR="00D1720B" w:rsidRDefault="00000000">
      <w:pPr>
        <w:spacing w:after="60"/>
        <w:jc w:val="both"/>
      </w:pPr>
      <w:r>
        <w:t>Özel eğitim, BEP ve rehberlik çalışmaları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490111CE" w14:textId="77777777" w:rsidR="00D1720B" w:rsidRDefault="00000000">
      <w:pPr>
        <w:spacing w:before="80" w:after="40"/>
        <w:jc w:val="both"/>
      </w:pPr>
      <w:r>
        <w:rPr>
          <w:b/>
          <w:sz w:val="22"/>
        </w:rPr>
        <w:t>14. Okul-aile iş birliği, devam ve öğrenci mahremiyeti</w:t>
      </w:r>
    </w:p>
    <w:p w14:paraId="4914F376" w14:textId="77777777" w:rsidR="00D1720B" w:rsidRDefault="00000000">
      <w:pPr>
        <w:spacing w:after="60"/>
        <w:jc w:val="both"/>
      </w:pPr>
      <w:r>
        <w:t>Okul-aile iş birliği, devam ve öğrenci mahremiyeti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43CCD7B9" w14:textId="77777777" w:rsidR="00D1720B" w:rsidRDefault="00000000">
      <w:pPr>
        <w:spacing w:before="80" w:after="40"/>
        <w:jc w:val="both"/>
      </w:pPr>
      <w:r>
        <w:rPr>
          <w:b/>
          <w:sz w:val="22"/>
        </w:rPr>
        <w:t>15. Zümre içi iş birliği ve iyi uygulama paylaşımı</w:t>
      </w:r>
    </w:p>
    <w:p w14:paraId="247CB697" w14:textId="77777777" w:rsidR="00D1720B" w:rsidRDefault="00000000">
      <w:pPr>
        <w:spacing w:after="60"/>
        <w:jc w:val="both"/>
      </w:pPr>
      <w:r>
        <w:t>Zümre içi iş birliği ve iyi uygulama paylaşımı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5F758549" w14:textId="77777777" w:rsidR="00D1720B" w:rsidRDefault="00000000">
      <w:pPr>
        <w:spacing w:before="80" w:after="40"/>
        <w:jc w:val="both"/>
      </w:pPr>
      <w:r>
        <w:rPr>
          <w:b/>
          <w:sz w:val="22"/>
        </w:rPr>
        <w:t>16. Bir üst sınıfa geçiş ve yaz dönemi önerileri</w:t>
      </w:r>
    </w:p>
    <w:p w14:paraId="3A8737D5" w14:textId="77777777" w:rsidR="00D1720B" w:rsidRDefault="00000000">
      <w:pPr>
        <w:spacing w:after="60"/>
        <w:jc w:val="both"/>
      </w:pPr>
      <w:r>
        <w:t>Öğrencilerin 2.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7075B8F2" w14:textId="77777777" w:rsidR="00D1720B" w:rsidRDefault="00000000">
      <w:pPr>
        <w:spacing w:before="80" w:after="40"/>
        <w:jc w:val="both"/>
      </w:pPr>
      <w:r>
        <w:rPr>
          <w:b/>
          <w:sz w:val="22"/>
        </w:rPr>
        <w:lastRenderedPageBreak/>
        <w:t>17. Dilek, temenniler ve kapanış</w:t>
      </w:r>
    </w:p>
    <w:p w14:paraId="6F45228F" w14:textId="77777777" w:rsidR="00D1720B" w:rsidRDefault="00000000">
      <w:pPr>
        <w:spacing w:after="60"/>
        <w:jc w:val="both"/>
      </w:pPr>
      <w:r>
        <w:t>Dilek, temenniler ve kapanış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4A4BB186" w14:textId="77777777" w:rsidR="00D1720B" w:rsidRDefault="00000000">
      <w:r>
        <w:br w:type="page"/>
      </w:r>
    </w:p>
    <w:p w14:paraId="54E638F8" w14:textId="77777777" w:rsidR="00D1720B" w:rsidRDefault="00000000">
      <w:pPr>
        <w:spacing w:after="60"/>
        <w:jc w:val="center"/>
      </w:pPr>
      <w:r>
        <w:rPr>
          <w:b/>
          <w:sz w:val="28"/>
        </w:rPr>
        <w:lastRenderedPageBreak/>
        <w:t>CUMHURIYET ÇINARI İLKOKULU</w:t>
      </w:r>
    </w:p>
    <w:p w14:paraId="1F247363" w14:textId="77777777" w:rsidR="00D1720B" w:rsidRDefault="00000000">
      <w:pPr>
        <w:spacing w:after="60"/>
        <w:jc w:val="center"/>
      </w:pPr>
      <w:r>
        <w:rPr>
          <w:b/>
          <w:sz w:val="24"/>
        </w:rPr>
        <w:t>1. SINIFLAR SENE SONU ZÜMRE ÖĞRETMENLER KURULUNDA ALINAN KARARLAR</w:t>
      </w:r>
    </w:p>
    <w:p w14:paraId="546B6904" w14:textId="77777777" w:rsidR="00D1720B" w:rsidRDefault="00000000">
      <w:pPr>
        <w:spacing w:after="28"/>
        <w:jc w:val="both"/>
      </w:pPr>
      <w:r>
        <w:t>1. Yıl sonu değerlendirmelerinde bireysel gelişimin ve farklı öğrenme kanıtlarının birlikte dikkate alınmasına,</w:t>
      </w:r>
    </w:p>
    <w:p w14:paraId="37A8A64E" w14:textId="77777777" w:rsidR="00D1720B" w:rsidRDefault="00000000">
      <w:pPr>
        <w:spacing w:after="28"/>
        <w:jc w:val="both"/>
      </w:pPr>
      <w:r>
        <w:t>2. Bir sonraki sınıfa aktarılması gereken öğrenme ihtiyaçlarının belirlenmesine,</w:t>
      </w:r>
    </w:p>
    <w:p w14:paraId="5C00CEBC" w14:textId="77777777" w:rsidR="00D1720B" w:rsidRDefault="00000000">
      <w:pPr>
        <w:spacing w:after="28"/>
        <w:jc w:val="both"/>
      </w:pPr>
      <w:r>
        <w:t>3. Etkili destekleme ve zenginleştirme uygulamalarının zümre içinde paylaşılmasına,</w:t>
      </w:r>
    </w:p>
    <w:p w14:paraId="2607D851" w14:textId="77777777" w:rsidR="00D1720B" w:rsidRDefault="00000000">
      <w:pPr>
        <w:spacing w:after="28"/>
        <w:jc w:val="both"/>
      </w:pPr>
      <w:r>
        <w:t>4. Süreç odaklı değerlendirme ve geliştirici geri bildirim anlayışının sürdürülmesine,</w:t>
      </w:r>
    </w:p>
    <w:p w14:paraId="160262FC" w14:textId="77777777" w:rsidR="00D1720B" w:rsidRDefault="00000000">
      <w:pPr>
        <w:spacing w:after="28"/>
        <w:jc w:val="both"/>
      </w:pPr>
      <w:r>
        <w:t>5. Okuma, problem çözme, araştırma ve bağımsız öğrenme becerilerinin yaz döneminde doğal etkinliklerle desteklenmesine,</w:t>
      </w:r>
    </w:p>
    <w:p w14:paraId="749C22ED" w14:textId="77777777" w:rsidR="00D1720B" w:rsidRDefault="00000000">
      <w:pPr>
        <w:spacing w:after="28"/>
        <w:jc w:val="both"/>
      </w:pPr>
      <w:r>
        <w:t>6. Özel eğitim ihtiyacı bulunan öğrencilerin geçiş bilgilerinin mahremiyet ilkelerine uygun biçimde paylaşılmasına,</w:t>
      </w:r>
    </w:p>
    <w:p w14:paraId="24F4E5F2" w14:textId="77777777" w:rsidR="00D1720B" w:rsidRDefault="00000000">
      <w:pPr>
        <w:spacing w:after="28"/>
        <w:jc w:val="both"/>
      </w:pPr>
      <w:r>
        <w:t>7. Öğrenci kişisel verilerinin korunmasına,</w:t>
      </w:r>
    </w:p>
    <w:p w14:paraId="62263487" w14:textId="77777777" w:rsidR="00D1720B" w:rsidRDefault="00000000">
      <w:pPr>
        <w:spacing w:after="28"/>
        <w:jc w:val="both"/>
      </w:pPr>
      <w:r>
        <w:t>8. Bir üst sınıfa geçişin kaygı oluşturmadan desteklenmesine,</w:t>
      </w:r>
    </w:p>
    <w:p w14:paraId="6EBA010C" w14:textId="77777777" w:rsidR="00D1720B" w:rsidRDefault="00000000">
      <w:pPr>
        <w:spacing w:after="28"/>
        <w:jc w:val="both"/>
      </w:pPr>
      <w:r>
        <w:t>9. İyi uygulama örneklerinin gelecek yıl planlamalarında değerlendirilmesine karar verilmiştir.</w:t>
      </w:r>
    </w:p>
    <w:p w14:paraId="35E7952A" w14:textId="77777777" w:rsidR="00B01518" w:rsidRDefault="00B01518">
      <w:pPr>
        <w:spacing w:before="80" w:after="40"/>
        <w:jc w:val="both"/>
        <w:rPr>
          <w:b/>
          <w:sz w:val="22"/>
        </w:rPr>
      </w:pPr>
    </w:p>
    <w:p w14:paraId="70C719AD" w14:textId="2FED1912" w:rsidR="00D1720B" w:rsidRDefault="00000000">
      <w:pPr>
        <w:spacing w:before="80" w:after="40"/>
        <w:jc w:val="both"/>
      </w:pPr>
      <w:r>
        <w:rPr>
          <w:b/>
          <w:sz w:val="22"/>
        </w:rPr>
        <w:t>TOPLANTIYA KATILANLAR</w:t>
      </w:r>
    </w:p>
    <w:tbl>
      <w:tblPr>
        <w:tblW w:w="0" w:type="auto"/>
        <w:jc w:val="center"/>
        <w:tblLook w:val="04A0" w:firstRow="1" w:lastRow="0" w:firstColumn="1" w:lastColumn="0" w:noHBand="0" w:noVBand="1"/>
      </w:tblPr>
      <w:tblGrid>
        <w:gridCol w:w="2550"/>
        <w:gridCol w:w="2550"/>
        <w:gridCol w:w="2550"/>
        <w:gridCol w:w="2550"/>
      </w:tblGrid>
      <w:tr w:rsidR="00D1720B" w14:paraId="6D66AE76" w14:textId="77777777">
        <w:trPr>
          <w:jc w:val="center"/>
        </w:trPr>
        <w:tc>
          <w:tcPr>
            <w:tcW w:w="2550" w:type="dxa"/>
          </w:tcPr>
          <w:p w14:paraId="2130E67B" w14:textId="77777777" w:rsidR="00D1720B" w:rsidRDefault="00000000">
            <w:r>
              <w:t>Sıra</w:t>
            </w:r>
          </w:p>
        </w:tc>
        <w:tc>
          <w:tcPr>
            <w:tcW w:w="2550" w:type="dxa"/>
          </w:tcPr>
          <w:p w14:paraId="6C06AE0F" w14:textId="77777777" w:rsidR="00D1720B" w:rsidRDefault="00000000">
            <w:r>
              <w:t>Adı Soyadı</w:t>
            </w:r>
          </w:p>
        </w:tc>
        <w:tc>
          <w:tcPr>
            <w:tcW w:w="2550" w:type="dxa"/>
          </w:tcPr>
          <w:p w14:paraId="57506A30" w14:textId="77777777" w:rsidR="00D1720B" w:rsidRDefault="00000000">
            <w:r>
              <w:t>Görevi</w:t>
            </w:r>
          </w:p>
        </w:tc>
        <w:tc>
          <w:tcPr>
            <w:tcW w:w="2550" w:type="dxa"/>
          </w:tcPr>
          <w:p w14:paraId="43068D47" w14:textId="77777777" w:rsidR="00D1720B" w:rsidRDefault="00000000">
            <w:r>
              <w:t>İmza</w:t>
            </w:r>
          </w:p>
        </w:tc>
      </w:tr>
      <w:tr w:rsidR="00D1720B" w14:paraId="076FD476" w14:textId="77777777">
        <w:trPr>
          <w:jc w:val="center"/>
        </w:trPr>
        <w:tc>
          <w:tcPr>
            <w:tcW w:w="2550" w:type="dxa"/>
          </w:tcPr>
          <w:p w14:paraId="173FE49F" w14:textId="77777777" w:rsidR="00D1720B" w:rsidRDefault="00000000">
            <w:r>
              <w:t>1</w:t>
            </w:r>
          </w:p>
        </w:tc>
        <w:tc>
          <w:tcPr>
            <w:tcW w:w="2550" w:type="dxa"/>
          </w:tcPr>
          <w:p w14:paraId="09327611" w14:textId="77777777" w:rsidR="00D1720B" w:rsidRDefault="00000000">
            <w:r>
              <w:t>Neslihan ER</w:t>
            </w:r>
          </w:p>
        </w:tc>
        <w:tc>
          <w:tcPr>
            <w:tcW w:w="2550" w:type="dxa"/>
          </w:tcPr>
          <w:p w14:paraId="6FE81688" w14:textId="77777777" w:rsidR="00D1720B" w:rsidRDefault="00000000">
            <w:r>
              <w:t>Zümre Başkanı</w:t>
            </w:r>
          </w:p>
        </w:tc>
        <w:tc>
          <w:tcPr>
            <w:tcW w:w="2550" w:type="dxa"/>
          </w:tcPr>
          <w:p w14:paraId="35B54DA0" w14:textId="77777777" w:rsidR="00D1720B" w:rsidRDefault="00D1720B"/>
        </w:tc>
      </w:tr>
      <w:tr w:rsidR="00D1720B" w14:paraId="29363C52" w14:textId="77777777">
        <w:trPr>
          <w:jc w:val="center"/>
        </w:trPr>
        <w:tc>
          <w:tcPr>
            <w:tcW w:w="2550" w:type="dxa"/>
          </w:tcPr>
          <w:p w14:paraId="68366478" w14:textId="77777777" w:rsidR="00D1720B" w:rsidRDefault="00000000">
            <w:r>
              <w:t>2</w:t>
            </w:r>
          </w:p>
        </w:tc>
        <w:tc>
          <w:tcPr>
            <w:tcW w:w="2550" w:type="dxa"/>
          </w:tcPr>
          <w:p w14:paraId="09B932E1" w14:textId="77777777" w:rsidR="00D1720B" w:rsidRDefault="00000000">
            <w:r>
              <w:t>Ali Rıza KAYA</w:t>
            </w:r>
          </w:p>
        </w:tc>
        <w:tc>
          <w:tcPr>
            <w:tcW w:w="2550" w:type="dxa"/>
          </w:tcPr>
          <w:p w14:paraId="20E188B4" w14:textId="77777777" w:rsidR="00D1720B" w:rsidRDefault="00000000">
            <w:r>
              <w:t>Zümre Öğretmeni</w:t>
            </w:r>
          </w:p>
        </w:tc>
        <w:tc>
          <w:tcPr>
            <w:tcW w:w="2550" w:type="dxa"/>
          </w:tcPr>
          <w:p w14:paraId="07462641" w14:textId="77777777" w:rsidR="00D1720B" w:rsidRDefault="00D1720B"/>
        </w:tc>
      </w:tr>
      <w:tr w:rsidR="00D1720B" w14:paraId="1CC395C3" w14:textId="77777777">
        <w:trPr>
          <w:jc w:val="center"/>
        </w:trPr>
        <w:tc>
          <w:tcPr>
            <w:tcW w:w="2550" w:type="dxa"/>
          </w:tcPr>
          <w:p w14:paraId="20B4CBD1" w14:textId="77777777" w:rsidR="00D1720B" w:rsidRDefault="00000000">
            <w:r>
              <w:t>3</w:t>
            </w:r>
          </w:p>
        </w:tc>
        <w:tc>
          <w:tcPr>
            <w:tcW w:w="2550" w:type="dxa"/>
          </w:tcPr>
          <w:p w14:paraId="52FBC2FA" w14:textId="77777777" w:rsidR="00D1720B" w:rsidRDefault="00000000">
            <w:r>
              <w:t>Büşra ŞAHİN</w:t>
            </w:r>
          </w:p>
        </w:tc>
        <w:tc>
          <w:tcPr>
            <w:tcW w:w="2550" w:type="dxa"/>
          </w:tcPr>
          <w:p w14:paraId="1F73D78D" w14:textId="77777777" w:rsidR="00D1720B" w:rsidRDefault="00000000">
            <w:r>
              <w:t>Zümre Öğretmeni</w:t>
            </w:r>
          </w:p>
        </w:tc>
        <w:tc>
          <w:tcPr>
            <w:tcW w:w="2550" w:type="dxa"/>
          </w:tcPr>
          <w:p w14:paraId="3A20F0D3" w14:textId="77777777" w:rsidR="00D1720B" w:rsidRDefault="00D1720B"/>
        </w:tc>
      </w:tr>
      <w:tr w:rsidR="00D1720B" w14:paraId="7E02230A" w14:textId="77777777">
        <w:trPr>
          <w:jc w:val="center"/>
        </w:trPr>
        <w:tc>
          <w:tcPr>
            <w:tcW w:w="2550" w:type="dxa"/>
          </w:tcPr>
          <w:p w14:paraId="16551BC8" w14:textId="77777777" w:rsidR="00D1720B" w:rsidRDefault="00000000">
            <w:r>
              <w:t>4</w:t>
            </w:r>
          </w:p>
        </w:tc>
        <w:tc>
          <w:tcPr>
            <w:tcW w:w="2550" w:type="dxa"/>
          </w:tcPr>
          <w:p w14:paraId="5A177523" w14:textId="77777777" w:rsidR="00D1720B" w:rsidRDefault="00000000">
            <w:r>
              <w:t>Ceren AKTAŞ</w:t>
            </w:r>
          </w:p>
        </w:tc>
        <w:tc>
          <w:tcPr>
            <w:tcW w:w="2550" w:type="dxa"/>
          </w:tcPr>
          <w:p w14:paraId="50F5A35E" w14:textId="77777777" w:rsidR="00D1720B" w:rsidRDefault="00000000">
            <w:r>
              <w:t>Zümre Öğretmeni</w:t>
            </w:r>
          </w:p>
        </w:tc>
        <w:tc>
          <w:tcPr>
            <w:tcW w:w="2550" w:type="dxa"/>
          </w:tcPr>
          <w:p w14:paraId="7A893D50" w14:textId="77777777" w:rsidR="00D1720B" w:rsidRDefault="00D1720B"/>
        </w:tc>
      </w:tr>
      <w:tr w:rsidR="00D1720B" w14:paraId="39CA652F" w14:textId="77777777">
        <w:trPr>
          <w:jc w:val="center"/>
        </w:trPr>
        <w:tc>
          <w:tcPr>
            <w:tcW w:w="2550" w:type="dxa"/>
          </w:tcPr>
          <w:p w14:paraId="330735F0" w14:textId="77777777" w:rsidR="00D1720B" w:rsidRDefault="00000000">
            <w:r>
              <w:t>5</w:t>
            </w:r>
          </w:p>
        </w:tc>
        <w:tc>
          <w:tcPr>
            <w:tcW w:w="2550" w:type="dxa"/>
          </w:tcPr>
          <w:p w14:paraId="36AD030B" w14:textId="77777777" w:rsidR="00D1720B" w:rsidRDefault="00000000">
            <w:r>
              <w:t>Murat CAN</w:t>
            </w:r>
          </w:p>
        </w:tc>
        <w:tc>
          <w:tcPr>
            <w:tcW w:w="2550" w:type="dxa"/>
          </w:tcPr>
          <w:p w14:paraId="265A8215" w14:textId="77777777" w:rsidR="00D1720B" w:rsidRDefault="00000000">
            <w:r>
              <w:t>Zümre Öğretmeni</w:t>
            </w:r>
          </w:p>
        </w:tc>
        <w:tc>
          <w:tcPr>
            <w:tcW w:w="2550" w:type="dxa"/>
          </w:tcPr>
          <w:p w14:paraId="793D253C" w14:textId="77777777" w:rsidR="00D1720B" w:rsidRDefault="00D1720B"/>
        </w:tc>
      </w:tr>
      <w:tr w:rsidR="00D1720B" w14:paraId="6CF47B42" w14:textId="77777777">
        <w:trPr>
          <w:jc w:val="center"/>
        </w:trPr>
        <w:tc>
          <w:tcPr>
            <w:tcW w:w="2550" w:type="dxa"/>
          </w:tcPr>
          <w:p w14:paraId="2498959E" w14:textId="77777777" w:rsidR="00D1720B" w:rsidRDefault="00000000">
            <w:r>
              <w:t>6</w:t>
            </w:r>
          </w:p>
        </w:tc>
        <w:tc>
          <w:tcPr>
            <w:tcW w:w="2550" w:type="dxa"/>
          </w:tcPr>
          <w:p w14:paraId="0CB08433" w14:textId="77777777" w:rsidR="00D1720B" w:rsidRDefault="00000000">
            <w:r>
              <w:t>Sevilay ÖZ</w:t>
            </w:r>
          </w:p>
        </w:tc>
        <w:tc>
          <w:tcPr>
            <w:tcW w:w="2550" w:type="dxa"/>
          </w:tcPr>
          <w:p w14:paraId="6ACC5C09" w14:textId="77777777" w:rsidR="00D1720B" w:rsidRDefault="00000000">
            <w:r>
              <w:t>Zümre Öğretmeni</w:t>
            </w:r>
          </w:p>
        </w:tc>
        <w:tc>
          <w:tcPr>
            <w:tcW w:w="2550" w:type="dxa"/>
          </w:tcPr>
          <w:p w14:paraId="3CF3B85C" w14:textId="77777777" w:rsidR="00D1720B" w:rsidRDefault="00D1720B"/>
        </w:tc>
      </w:tr>
    </w:tbl>
    <w:p w14:paraId="7A298B02" w14:textId="77777777" w:rsidR="00D1720B" w:rsidRDefault="00D1720B">
      <w:pPr>
        <w:spacing w:before="240" w:after="100"/>
        <w:jc w:val="both"/>
      </w:pPr>
    </w:p>
    <w:p w14:paraId="406072DB" w14:textId="77777777" w:rsidR="00B01518" w:rsidRDefault="00B01518">
      <w:pPr>
        <w:spacing w:before="120" w:after="0"/>
        <w:jc w:val="center"/>
        <w:rPr>
          <w:b/>
          <w:sz w:val="21"/>
        </w:rPr>
      </w:pPr>
    </w:p>
    <w:p w14:paraId="1093F4BF" w14:textId="77777777" w:rsidR="00B01518" w:rsidRDefault="00B01518">
      <w:pPr>
        <w:spacing w:before="120" w:after="0"/>
        <w:jc w:val="center"/>
        <w:rPr>
          <w:b/>
          <w:sz w:val="21"/>
        </w:rPr>
      </w:pPr>
    </w:p>
    <w:p w14:paraId="67BF418A" w14:textId="77777777" w:rsidR="00B01518" w:rsidRDefault="00B01518">
      <w:pPr>
        <w:spacing w:before="120" w:after="0"/>
        <w:jc w:val="center"/>
        <w:rPr>
          <w:b/>
          <w:sz w:val="21"/>
        </w:rPr>
      </w:pPr>
    </w:p>
    <w:p w14:paraId="1B73C962" w14:textId="77777777" w:rsidR="00B01518" w:rsidRDefault="00B01518">
      <w:pPr>
        <w:spacing w:before="120" w:after="0"/>
        <w:jc w:val="center"/>
        <w:rPr>
          <w:b/>
          <w:sz w:val="21"/>
        </w:rPr>
      </w:pPr>
    </w:p>
    <w:p w14:paraId="09B9E2A0" w14:textId="77777777" w:rsidR="00B01518" w:rsidRDefault="00B01518">
      <w:pPr>
        <w:spacing w:before="120" w:after="0"/>
        <w:jc w:val="center"/>
        <w:rPr>
          <w:b/>
          <w:sz w:val="21"/>
        </w:rPr>
      </w:pPr>
    </w:p>
    <w:p w14:paraId="65337927" w14:textId="77777777" w:rsidR="00B01518" w:rsidRDefault="00B01518">
      <w:pPr>
        <w:spacing w:before="120" w:after="0"/>
        <w:jc w:val="center"/>
        <w:rPr>
          <w:b/>
          <w:sz w:val="21"/>
        </w:rPr>
      </w:pPr>
    </w:p>
    <w:p w14:paraId="26C6CBA2" w14:textId="3B37C2A8" w:rsidR="00D1720B" w:rsidRDefault="00000000">
      <w:pPr>
        <w:spacing w:before="120" w:after="0"/>
        <w:jc w:val="center"/>
      </w:pPr>
      <w:r>
        <w:rPr>
          <w:b/>
          <w:sz w:val="21"/>
        </w:rPr>
        <w:t>UYGUNDUR</w:t>
      </w:r>
      <w:r>
        <w:rPr>
          <w:b/>
          <w:sz w:val="21"/>
        </w:rPr>
        <w:br/>
        <w:t>Ahmet YILDIRIM</w:t>
      </w:r>
      <w:r>
        <w:rPr>
          <w:b/>
          <w:sz w:val="21"/>
        </w:rPr>
        <w:br/>
      </w:r>
      <w:proofErr w:type="spellStart"/>
      <w:r>
        <w:rPr>
          <w:b/>
          <w:sz w:val="21"/>
        </w:rPr>
        <w:t>Okul</w:t>
      </w:r>
      <w:proofErr w:type="spellEnd"/>
      <w:r>
        <w:rPr>
          <w:b/>
          <w:sz w:val="21"/>
        </w:rPr>
        <w:t xml:space="preserve"> </w:t>
      </w:r>
      <w:proofErr w:type="spellStart"/>
      <w:r>
        <w:rPr>
          <w:b/>
          <w:sz w:val="21"/>
        </w:rPr>
        <w:t>Müdürü</w:t>
      </w:r>
      <w:proofErr w:type="spellEnd"/>
    </w:p>
    <w:sectPr w:rsidR="00D1720B" w:rsidSect="00034616">
      <w:footerReference w:type="default" r:id="rId8"/>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7230B" w14:textId="77777777" w:rsidR="0058648D" w:rsidRDefault="0058648D">
      <w:pPr>
        <w:spacing w:after="0" w:line="240" w:lineRule="auto"/>
      </w:pPr>
      <w:r>
        <w:separator/>
      </w:r>
    </w:p>
  </w:endnote>
  <w:endnote w:type="continuationSeparator" w:id="0">
    <w:p w14:paraId="2986307E" w14:textId="77777777" w:rsidR="0058648D" w:rsidRDefault="00586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ED0F" w14:textId="77777777" w:rsidR="00D1720B" w:rsidRDefault="00000000">
    <w:pPr>
      <w:pStyle w:val="AltBilgi"/>
      <w:jc w:val="center"/>
    </w:pPr>
    <w:r>
      <w:rPr>
        <w:b/>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6D0A4" w14:textId="77777777" w:rsidR="0058648D" w:rsidRDefault="0058648D">
      <w:pPr>
        <w:spacing w:after="0" w:line="240" w:lineRule="auto"/>
      </w:pPr>
      <w:r>
        <w:separator/>
      </w:r>
    </w:p>
  </w:footnote>
  <w:footnote w:type="continuationSeparator" w:id="0">
    <w:p w14:paraId="318905DF" w14:textId="77777777" w:rsidR="0058648D" w:rsidRDefault="005864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17198713">
    <w:abstractNumId w:val="8"/>
  </w:num>
  <w:num w:numId="2" w16cid:durableId="1259144852">
    <w:abstractNumId w:val="6"/>
  </w:num>
  <w:num w:numId="3" w16cid:durableId="607198317">
    <w:abstractNumId w:val="5"/>
  </w:num>
  <w:num w:numId="4" w16cid:durableId="144591358">
    <w:abstractNumId w:val="4"/>
  </w:num>
  <w:num w:numId="5" w16cid:durableId="1705136188">
    <w:abstractNumId w:val="7"/>
  </w:num>
  <w:num w:numId="6" w16cid:durableId="964460507">
    <w:abstractNumId w:val="3"/>
  </w:num>
  <w:num w:numId="7" w16cid:durableId="609824465">
    <w:abstractNumId w:val="2"/>
  </w:num>
  <w:num w:numId="8" w16cid:durableId="1171796299">
    <w:abstractNumId w:val="1"/>
  </w:num>
  <w:num w:numId="9" w16cid:durableId="1868986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648D"/>
    <w:rsid w:val="00AA1D8D"/>
    <w:rsid w:val="00B01518"/>
    <w:rsid w:val="00B47730"/>
    <w:rsid w:val="00CB0664"/>
    <w:rsid w:val="00CC2779"/>
    <w:rsid w:val="00D172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63744D"/>
  <w14:defaultImageDpi w14:val="300"/>
  <w15:docId w15:val="{F9A72D45-6836-4ED6-BDDC-6983CEE7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Sınıf Sene Sonu Zümre - seyhmusogretmen.com</dc:title>
  <dc:subject/>
  <dc:creator>seyhmusogretmen.com</dc:creator>
  <cp:keywords/>
  <dc:description>seyhmusogretmen.com</dc:description>
  <cp:lastModifiedBy>Lenovo</cp:lastModifiedBy>
  <cp:revision>2</cp:revision>
  <dcterms:created xsi:type="dcterms:W3CDTF">2013-12-23T23:15:00Z</dcterms:created>
  <dcterms:modified xsi:type="dcterms:W3CDTF">2026-09-07T12:18:00Z</dcterms:modified>
  <cp:category/>
</cp:coreProperties>
</file>