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52A66" w14:textId="77777777" w:rsidR="007C529B" w:rsidRDefault="00000000">
      <w:pPr>
        <w:spacing w:after="30"/>
        <w:jc w:val="center"/>
      </w:pPr>
      <w:r>
        <w:rPr>
          <w:b/>
          <w:sz w:val="28"/>
          <w:lang w:val="tr-TR" w:eastAsia="tr-TR"/>
        </w:rPr>
        <w:t>GÜNEŞLI VADI İLKOKULU MÜDÜRLÜĞÜNE</w:t>
      </w:r>
    </w:p>
    <w:p w14:paraId="4AF88A95" w14:textId="77777777" w:rsidR="007C529B" w:rsidRDefault="00000000">
      <w:pPr>
        <w:spacing w:after="30"/>
        <w:jc w:val="center"/>
      </w:pPr>
      <w:r>
        <w:rPr>
          <w:b/>
          <w:sz w:val="24"/>
          <w:lang w:val="tr-TR" w:eastAsia="tr-TR"/>
        </w:rPr>
        <w:t>2026-2027 EĞİTİM ÖĞRETİM YILI</w:t>
      </w:r>
    </w:p>
    <w:p w14:paraId="3BE955F6" w14:textId="77777777" w:rsidR="007C529B" w:rsidRDefault="00000000">
      <w:pPr>
        <w:spacing w:after="120"/>
        <w:jc w:val="center"/>
      </w:pPr>
      <w:r>
        <w:rPr>
          <w:b/>
          <w:sz w:val="24"/>
          <w:lang w:val="tr-TR" w:eastAsia="tr-TR"/>
        </w:rPr>
        <w:t>3. SINIFLAR SENE BAŞI ZÜMRE ÖĞRETMENLER KURULU TOPLANTISI</w:t>
      </w:r>
    </w:p>
    <w:p w14:paraId="0193A46C" w14:textId="77777777" w:rsidR="007C529B" w:rsidRDefault="00000000">
      <w:pPr>
        <w:jc w:val="both"/>
      </w:pPr>
      <w:r>
        <w:rPr>
          <w:lang w:val="tr-TR" w:eastAsia="tr-TR"/>
        </w:rPr>
        <w:t>3. sınıflar sene başı zümre öğretmenler kurulu toplantısının 21 Eylül 2026 Pazartesi günü saat 13.30'da 3/A Sınıfında aşağıdaki gündem maddelerini görüşmek üzere yapılması planlanmıştır.</w:t>
      </w:r>
    </w:p>
    <w:p w14:paraId="181785D9" w14:textId="77777777" w:rsidR="007C529B" w:rsidRDefault="00000000">
      <w:pPr>
        <w:jc w:val="both"/>
      </w:pPr>
      <w:r>
        <w:rPr>
          <w:lang w:val="tr-TR" w:eastAsia="tr-TR"/>
        </w:rPr>
        <w:t>Bilgilerinize arz ederim.</w:t>
      </w:r>
    </w:p>
    <w:p w14:paraId="59769BAA" w14:textId="77777777" w:rsidR="007C529B" w:rsidRDefault="00000000">
      <w:pPr>
        <w:jc w:val="right"/>
      </w:pPr>
      <w:r>
        <w:rPr>
          <w:b/>
          <w:lang w:val="tr-TR" w:eastAsia="tr-TR"/>
        </w:rPr>
        <w:t>18 Eylül 2026</w:t>
      </w:r>
      <w:r>
        <w:rPr>
          <w:b/>
          <w:lang w:val="tr-TR" w:eastAsia="tr-TR"/>
        </w:rPr>
        <w:br/>
        <w:t>Selin KORKMAZ</w:t>
      </w:r>
      <w:r>
        <w:rPr>
          <w:b/>
          <w:lang w:val="tr-TR" w:eastAsia="tr-TR"/>
        </w:rPr>
        <w:br/>
        <w:t>Zümre Başkanı</w:t>
      </w:r>
    </w:p>
    <w:p w14:paraId="363EB930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GÜNDEM MADDELERİ</w:t>
      </w:r>
    </w:p>
    <w:p w14:paraId="1F53424D" w14:textId="77777777" w:rsidR="007C529B" w:rsidRDefault="00000000">
      <w:pPr>
        <w:spacing w:after="25"/>
        <w:jc w:val="both"/>
      </w:pPr>
      <w:r>
        <w:rPr>
          <w:lang w:val="tr-TR" w:eastAsia="tr-TR"/>
        </w:rPr>
        <w:t>1. Açılış, yoklama ve gündemin onaylanması</w:t>
      </w:r>
    </w:p>
    <w:p w14:paraId="582351F9" w14:textId="77777777" w:rsidR="007C529B" w:rsidRDefault="00000000">
      <w:pPr>
        <w:spacing w:after="25"/>
        <w:jc w:val="both"/>
      </w:pPr>
      <w:r>
        <w:rPr>
          <w:lang w:val="tr-TR" w:eastAsia="tr-TR"/>
        </w:rPr>
        <w:t>2. Üçüncü sınıfa geçiş, hazırbulunuşluk ve öğrenme ihtiyaçlarının belirlenmesi</w:t>
      </w:r>
    </w:p>
    <w:p w14:paraId="5E0C9AAB" w14:textId="77777777" w:rsidR="007C529B" w:rsidRDefault="00000000">
      <w:pPr>
        <w:spacing w:after="25"/>
        <w:jc w:val="both"/>
      </w:pPr>
      <w:r>
        <w:rPr>
          <w:lang w:val="tr-TR" w:eastAsia="tr-TR"/>
        </w:rPr>
        <w:t>3. Türkçe dersinde anlama, çıkarım, söz varlığı, sözlü ve yazılı anlatım</w:t>
      </w:r>
    </w:p>
    <w:p w14:paraId="24966A77" w14:textId="77777777" w:rsidR="007C529B" w:rsidRDefault="00000000">
      <w:pPr>
        <w:spacing w:after="25"/>
        <w:jc w:val="both"/>
      </w:pPr>
      <w:r>
        <w:rPr>
          <w:lang w:val="tr-TR" w:eastAsia="tr-TR"/>
        </w:rPr>
        <w:t>4. Matematikte problem çözme, muhakeme, strateji geliştirme ve açıklama</w:t>
      </w:r>
    </w:p>
    <w:p w14:paraId="397F10A0" w14:textId="77777777" w:rsidR="007C529B" w:rsidRDefault="00000000">
      <w:pPr>
        <w:spacing w:after="25"/>
        <w:jc w:val="both"/>
      </w:pPr>
      <w:r>
        <w:rPr>
          <w:lang w:val="tr-TR" w:eastAsia="tr-TR"/>
        </w:rPr>
        <w:t>5. Fen Bilimlerinde gözlem, soru sorma, tahmin ve kanıta dayalı düşünme</w:t>
      </w:r>
    </w:p>
    <w:p w14:paraId="5AADA935" w14:textId="77777777" w:rsidR="007C529B" w:rsidRDefault="00000000">
      <w:pPr>
        <w:spacing w:after="25"/>
        <w:jc w:val="both"/>
      </w:pPr>
      <w:r>
        <w:rPr>
          <w:lang w:val="tr-TR" w:eastAsia="tr-TR"/>
        </w:rPr>
        <w:t>6. Hayat Bilgisinde sorumluluk, çevre, güvenlik ve toplumsal yaşam</w:t>
      </w:r>
    </w:p>
    <w:p w14:paraId="53414359" w14:textId="77777777" w:rsidR="007C529B" w:rsidRDefault="00000000">
      <w:pPr>
        <w:spacing w:after="25"/>
        <w:jc w:val="both"/>
      </w:pPr>
      <w:r>
        <w:rPr>
          <w:lang w:val="tr-TR" w:eastAsia="tr-TR"/>
        </w:rPr>
        <w:t>7. Araştırma, okuma kültürü ve bilgiye ulaşma alışkanlıkları</w:t>
      </w:r>
    </w:p>
    <w:p w14:paraId="09C19928" w14:textId="77777777" w:rsidR="007C529B" w:rsidRDefault="00000000">
      <w:pPr>
        <w:spacing w:after="25"/>
        <w:jc w:val="both"/>
      </w:pPr>
      <w:r>
        <w:rPr>
          <w:lang w:val="tr-TR" w:eastAsia="tr-TR"/>
        </w:rPr>
        <w:t>8. Öğrenme çıktıları ve süreç bileşenlerinin ders planlamasına yansıtılması</w:t>
      </w:r>
    </w:p>
    <w:p w14:paraId="631D559E" w14:textId="77777777" w:rsidR="007C529B" w:rsidRDefault="00000000">
      <w:pPr>
        <w:spacing w:after="25"/>
        <w:jc w:val="both"/>
      </w:pPr>
      <w:r>
        <w:rPr>
          <w:lang w:val="tr-TR" w:eastAsia="tr-TR"/>
        </w:rPr>
        <w:t>9. Farklılaştırılmış öğretim, destekleme ve zenginleştirme uygulamaları</w:t>
      </w:r>
    </w:p>
    <w:p w14:paraId="776A702D" w14:textId="77777777" w:rsidR="007C529B" w:rsidRDefault="00000000">
      <w:pPr>
        <w:spacing w:after="25"/>
        <w:jc w:val="both"/>
      </w:pPr>
      <w:r>
        <w:rPr>
          <w:lang w:val="tr-TR" w:eastAsia="tr-TR"/>
        </w:rPr>
        <w:t>10. Süreç odaklı ölçme-değerlendirme, öz değerlendirme ve geri bildirim</w:t>
      </w:r>
    </w:p>
    <w:p w14:paraId="495E7020" w14:textId="77777777" w:rsidR="007C529B" w:rsidRDefault="00000000">
      <w:pPr>
        <w:spacing w:after="25"/>
        <w:jc w:val="both"/>
      </w:pPr>
      <w:r>
        <w:rPr>
          <w:lang w:val="tr-TR" w:eastAsia="tr-TR"/>
        </w:rPr>
        <w:t>11. Erdem-Değer-Eylem, sosyal-duygusal öğrenme ve iş birliği</w:t>
      </w:r>
    </w:p>
    <w:p w14:paraId="4700462E" w14:textId="77777777" w:rsidR="007C529B" w:rsidRDefault="00000000">
      <w:pPr>
        <w:spacing w:after="25"/>
        <w:jc w:val="both"/>
      </w:pPr>
      <w:r>
        <w:rPr>
          <w:lang w:val="tr-TR" w:eastAsia="tr-TR"/>
        </w:rPr>
        <w:t>12. Özel eğitim gereksinimleri, BEP ve rehberlik hizmetleri</w:t>
      </w:r>
    </w:p>
    <w:p w14:paraId="70912248" w14:textId="77777777" w:rsidR="007C529B" w:rsidRDefault="00000000">
      <w:pPr>
        <w:spacing w:after="25"/>
        <w:jc w:val="both"/>
      </w:pPr>
      <w:r>
        <w:rPr>
          <w:lang w:val="tr-TR" w:eastAsia="tr-TR"/>
        </w:rPr>
        <w:t>13. Okul-aile iş birliği, bağımsız öğrenme ve devam-devamsızlık</w:t>
      </w:r>
    </w:p>
    <w:p w14:paraId="0ADD209E" w14:textId="77777777" w:rsidR="007C529B" w:rsidRDefault="00000000">
      <w:pPr>
        <w:spacing w:after="25"/>
        <w:jc w:val="both"/>
      </w:pPr>
      <w:r>
        <w:rPr>
          <w:lang w:val="tr-TR" w:eastAsia="tr-TR"/>
        </w:rPr>
        <w:t>14. Dijital ve bilgi okuryazarlığı, güvenlik ve mahremiyet</w:t>
      </w:r>
    </w:p>
    <w:p w14:paraId="6038F5A2" w14:textId="77777777" w:rsidR="007C529B" w:rsidRDefault="00000000">
      <w:pPr>
        <w:spacing w:after="25"/>
        <w:jc w:val="both"/>
      </w:pPr>
      <w:r>
        <w:rPr>
          <w:lang w:val="tr-TR" w:eastAsia="tr-TR"/>
        </w:rPr>
        <w:t>15. Zümre iş birliği, disiplinler arası çalışmalar ve iyi uygulama paylaşımı</w:t>
      </w:r>
    </w:p>
    <w:p w14:paraId="04343673" w14:textId="77777777" w:rsidR="007C529B" w:rsidRDefault="00000000">
      <w:pPr>
        <w:spacing w:after="25"/>
        <w:jc w:val="both"/>
      </w:pPr>
      <w:r>
        <w:rPr>
          <w:lang w:val="tr-TR" w:eastAsia="tr-TR"/>
        </w:rPr>
        <w:t>16. Dilek ve temenniler, kapanış</w:t>
      </w:r>
    </w:p>
    <w:p w14:paraId="32FC9051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14EBF72F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4B9D8255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677C3C12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7F542562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449904F2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138A6BC4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17F8F8AB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5230FB8A" w14:textId="77777777" w:rsidR="00276178" w:rsidRDefault="00276178">
      <w:pPr>
        <w:spacing w:before="100"/>
        <w:jc w:val="center"/>
        <w:rPr>
          <w:b/>
          <w:lang w:val="tr-TR" w:eastAsia="tr-TR"/>
        </w:rPr>
      </w:pPr>
    </w:p>
    <w:p w14:paraId="62199126" w14:textId="45686D2C" w:rsidR="007C529B" w:rsidRDefault="00000000">
      <w:pPr>
        <w:spacing w:before="100"/>
        <w:jc w:val="center"/>
      </w:pPr>
      <w:r>
        <w:rPr>
          <w:b/>
          <w:lang w:val="tr-TR" w:eastAsia="tr-TR"/>
        </w:rPr>
        <w:t>UYGUNDUR</w:t>
      </w:r>
      <w:r>
        <w:rPr>
          <w:b/>
          <w:lang w:val="tr-TR" w:eastAsia="tr-TR"/>
        </w:rPr>
        <w:br/>
        <w:t>Murat DEMİR</w:t>
      </w:r>
      <w:r>
        <w:rPr>
          <w:b/>
          <w:lang w:val="tr-TR" w:eastAsia="tr-TR"/>
        </w:rPr>
        <w:br/>
        <w:t>Okul Müdürü</w:t>
      </w:r>
    </w:p>
    <w:p w14:paraId="09E24190" w14:textId="77777777" w:rsidR="007C529B" w:rsidRDefault="00000000">
      <w:r>
        <w:rPr>
          <w:lang w:val="tr-TR" w:eastAsia="tr-TR"/>
        </w:rPr>
        <w:br w:type="page"/>
      </w:r>
    </w:p>
    <w:p w14:paraId="47F9F439" w14:textId="77777777" w:rsidR="007C529B" w:rsidRDefault="00000000">
      <w:pPr>
        <w:spacing w:after="30"/>
        <w:jc w:val="center"/>
      </w:pPr>
      <w:r>
        <w:rPr>
          <w:b/>
          <w:sz w:val="28"/>
          <w:lang w:val="tr-TR" w:eastAsia="tr-TR"/>
        </w:rPr>
        <w:lastRenderedPageBreak/>
        <w:t>GÜNEŞLI VADI İLKOKULU</w:t>
      </w:r>
    </w:p>
    <w:p w14:paraId="5B1B106A" w14:textId="77777777" w:rsidR="007C529B" w:rsidRDefault="00000000">
      <w:pPr>
        <w:spacing w:after="30"/>
        <w:jc w:val="center"/>
      </w:pPr>
      <w:r>
        <w:rPr>
          <w:b/>
          <w:sz w:val="24"/>
          <w:lang w:val="tr-TR" w:eastAsia="tr-TR"/>
        </w:rPr>
        <w:t>2026-2027 EĞİTİM ÖĞRETİM YILI</w:t>
      </w:r>
    </w:p>
    <w:p w14:paraId="385186F4" w14:textId="77777777" w:rsidR="007C529B" w:rsidRDefault="00000000">
      <w:pPr>
        <w:spacing w:after="100"/>
        <w:jc w:val="center"/>
      </w:pPr>
      <w:r>
        <w:rPr>
          <w:b/>
          <w:sz w:val="24"/>
          <w:lang w:val="tr-TR" w:eastAsia="tr-TR"/>
        </w:rPr>
        <w:t>3. SINIFLAR SENE BAŞI ZÜMRE ÖĞRETMENLER KURULU TOPLANTI TUTANAĞI</w:t>
      </w:r>
    </w:p>
    <w:p w14:paraId="396D6AAF" w14:textId="77777777" w:rsidR="00276178" w:rsidRDefault="00276178">
      <w:pPr>
        <w:spacing w:after="16"/>
        <w:rPr>
          <w:b/>
          <w:lang w:val="tr-TR" w:eastAsia="tr-TR"/>
        </w:rPr>
      </w:pPr>
    </w:p>
    <w:p w14:paraId="2AB30D51" w14:textId="70B0605B" w:rsidR="007C529B" w:rsidRDefault="00000000">
      <w:pPr>
        <w:spacing w:after="16"/>
      </w:pPr>
      <w:r>
        <w:rPr>
          <w:b/>
          <w:lang w:val="tr-TR" w:eastAsia="tr-TR"/>
        </w:rPr>
        <w:t xml:space="preserve">Toplantı No: </w:t>
      </w:r>
      <w:r>
        <w:rPr>
          <w:lang w:val="tr-TR" w:eastAsia="tr-TR"/>
        </w:rPr>
        <w:t>1</w:t>
      </w:r>
    </w:p>
    <w:p w14:paraId="3212ABA0" w14:textId="77777777" w:rsidR="007C529B" w:rsidRDefault="00000000">
      <w:pPr>
        <w:spacing w:after="16"/>
      </w:pPr>
      <w:r>
        <w:rPr>
          <w:b/>
          <w:lang w:val="tr-TR" w:eastAsia="tr-TR"/>
        </w:rPr>
        <w:t xml:space="preserve">Toplantı Tarihi: </w:t>
      </w:r>
      <w:r>
        <w:rPr>
          <w:lang w:val="tr-TR" w:eastAsia="tr-TR"/>
        </w:rPr>
        <w:t>21 Eylül 2026 Pazartesi</w:t>
      </w:r>
    </w:p>
    <w:p w14:paraId="114EF2BE" w14:textId="77777777" w:rsidR="007C529B" w:rsidRDefault="00000000">
      <w:pPr>
        <w:spacing w:after="16"/>
      </w:pPr>
      <w:r>
        <w:rPr>
          <w:b/>
          <w:lang w:val="tr-TR" w:eastAsia="tr-TR"/>
        </w:rPr>
        <w:t xml:space="preserve">Toplantı Saati: </w:t>
      </w:r>
      <w:r>
        <w:rPr>
          <w:lang w:val="tr-TR" w:eastAsia="tr-TR"/>
        </w:rPr>
        <w:t>13.30</w:t>
      </w:r>
    </w:p>
    <w:p w14:paraId="1CC31FCB" w14:textId="77777777" w:rsidR="007C529B" w:rsidRDefault="00000000">
      <w:pPr>
        <w:spacing w:after="16"/>
      </w:pPr>
      <w:r>
        <w:rPr>
          <w:b/>
          <w:lang w:val="tr-TR" w:eastAsia="tr-TR"/>
        </w:rPr>
        <w:t xml:space="preserve">Toplantı Yeri: </w:t>
      </w:r>
      <w:r>
        <w:rPr>
          <w:lang w:val="tr-TR" w:eastAsia="tr-TR"/>
        </w:rPr>
        <w:t>3/A Sınıfı</w:t>
      </w:r>
    </w:p>
    <w:p w14:paraId="04A76E24" w14:textId="77777777" w:rsidR="007C529B" w:rsidRDefault="00000000">
      <w:pPr>
        <w:spacing w:after="16"/>
      </w:pPr>
      <w:r>
        <w:rPr>
          <w:b/>
          <w:lang w:val="tr-TR" w:eastAsia="tr-TR"/>
        </w:rPr>
        <w:t xml:space="preserve">Zümre Başkanı: </w:t>
      </w:r>
      <w:r>
        <w:rPr>
          <w:lang w:val="tr-TR" w:eastAsia="tr-TR"/>
        </w:rPr>
        <w:t>Selin KORKMAZ</w:t>
      </w:r>
    </w:p>
    <w:p w14:paraId="263901D1" w14:textId="77777777" w:rsidR="007C529B" w:rsidRDefault="00000000">
      <w:pPr>
        <w:spacing w:after="16"/>
      </w:pPr>
      <w:r>
        <w:rPr>
          <w:b/>
          <w:lang w:val="tr-TR" w:eastAsia="tr-TR"/>
        </w:rPr>
        <w:t xml:space="preserve">Katılanlar: </w:t>
      </w:r>
      <w:r>
        <w:rPr>
          <w:lang w:val="tr-TR" w:eastAsia="tr-TR"/>
        </w:rPr>
        <w:t>Selin KORKMAZ, Gökhan ACAR, Esra TUNÇ, Tolga DEMİR, Nihan ASLAN, Cemal GÜNEŞ</w:t>
      </w:r>
    </w:p>
    <w:p w14:paraId="65A471D8" w14:textId="77777777" w:rsidR="00276178" w:rsidRDefault="00276178">
      <w:pPr>
        <w:spacing w:before="70" w:after="40"/>
        <w:jc w:val="both"/>
        <w:rPr>
          <w:b/>
          <w:sz w:val="22"/>
          <w:lang w:val="tr-TR" w:eastAsia="tr-TR"/>
        </w:rPr>
      </w:pPr>
    </w:p>
    <w:p w14:paraId="7407853E" w14:textId="3C2EACB5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GÜNDEM MADDELERİNİN GÖRÜŞÜLMESİ</w:t>
      </w:r>
    </w:p>
    <w:p w14:paraId="5F8F7EF4" w14:textId="77777777" w:rsidR="007C529B" w:rsidRDefault="00000000">
      <w:pPr>
        <w:jc w:val="both"/>
      </w:pPr>
      <w:r>
        <w:rPr>
          <w:b/>
          <w:lang w:val="tr-TR" w:eastAsia="tr-TR"/>
        </w:rPr>
        <w:t>1. Açılış, yoklama ve gündemin onaylanması</w:t>
      </w:r>
    </w:p>
    <w:p w14:paraId="1F0631FB" w14:textId="77777777" w:rsidR="007C529B" w:rsidRDefault="00000000">
      <w:pPr>
        <w:jc w:val="both"/>
      </w:pPr>
      <w:r>
        <w:rPr>
          <w:lang w:val="tr-TR" w:eastAsia="tr-TR"/>
        </w:rPr>
        <w:t>Toplantı Zümre Başkanı Selin KORKMAZ tarafından açıldı. Katılım kontrol edildi; zümre başkanı ve beş zümre öğretmeni olmak üzere toplam altı öğretmenin hazır bulunduğu görüldü. Gündem maddeleri okunarak oy birliğiyle kabul edildi.</w:t>
      </w:r>
    </w:p>
    <w:p w14:paraId="4BB82DC5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2. Üçüncü sınıfa geçiş, hazırbulunuşluk ve öğrenme ihtiyaçlarının belirlenmesi</w:t>
      </w:r>
    </w:p>
    <w:p w14:paraId="73C0B242" w14:textId="77777777" w:rsidR="007C529B" w:rsidRDefault="00000000">
      <w:pPr>
        <w:jc w:val="both"/>
      </w:pPr>
      <w:r>
        <w:rPr>
          <w:lang w:val="tr-TR" w:eastAsia="tr-TR"/>
        </w:rPr>
        <w:t>Üçüncü sınıfta öğrencilerin daha bağımsız öğrenen bireyler hâline gelmelerinin desteklenmesi; yıl başında okuma, yazma, matematik ve çalışma alışkanlıklarının gözlenerek ihtiyaçların belirlenmesi gerektiği görüşüldü.</w:t>
      </w:r>
    </w:p>
    <w:p w14:paraId="42838A0F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3. Türkçe dersinde anlama, çıkarım, söz varlığı, sözlü ve yazılı anlatım</w:t>
      </w:r>
    </w:p>
    <w:p w14:paraId="4B54337F" w14:textId="77777777" w:rsidR="007C529B" w:rsidRDefault="00000000">
      <w:pPr>
        <w:jc w:val="both"/>
      </w:pPr>
      <w:r>
        <w:rPr>
          <w:lang w:val="tr-TR" w:eastAsia="tr-TR"/>
        </w:rPr>
        <w:t>Türkçe dersinde metinden bilgi bulmanın ötesine geçilerek çıkarım yapma, ana düşünceyi belirleme, söz varlığını geliştirme ve düşünceleri düzenli biçimde sözlü-yazılı ifade etme çalışmalarına ağırlık verilmesi benimsendi.</w:t>
      </w:r>
    </w:p>
    <w:p w14:paraId="78486500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4. Matematikte problem çözme, muhakeme, strateji geliştirme ve açıklama</w:t>
      </w:r>
    </w:p>
    <w:p w14:paraId="0C57B75A" w14:textId="77777777" w:rsidR="007C529B" w:rsidRDefault="00000000">
      <w:pPr>
        <w:jc w:val="both"/>
      </w:pPr>
      <w:r>
        <w:rPr>
          <w:lang w:val="tr-TR" w:eastAsia="tr-TR"/>
        </w:rPr>
        <w:t>Matematikte problem durumunu analiz etme, çözüm stratejisi geliştirme, farklı yolları karşılaştırma ve matematiksel düşünceyi açıklama becerilerinin desteklenmesi gerektiği belirtildi.</w:t>
      </w:r>
    </w:p>
    <w:p w14:paraId="1C219F09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5. Fen Bilimlerinde gözlem, soru sorma, tahmin ve kanıta dayalı düşünme</w:t>
      </w:r>
    </w:p>
    <w:p w14:paraId="50DEDD9B" w14:textId="77777777" w:rsidR="007C529B" w:rsidRDefault="00000000">
      <w:pPr>
        <w:jc w:val="both"/>
      </w:pPr>
      <w:r>
        <w:rPr>
          <w:lang w:val="tr-TR" w:eastAsia="tr-TR"/>
        </w:rPr>
        <w:t>Fen Bilimlerinde öğrencilerin gözlem yapması, soru oluşturması, tahminde bulunması ve basit kanıtlardan hareketle açıklama yapması; merak duygusunu canlı tutan etkinliklere yer verilmesi uygun görüldü.</w:t>
      </w:r>
    </w:p>
    <w:p w14:paraId="10E86C23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6. Hayat Bilgisinde sorumluluk, çevre, güvenlik ve toplumsal yaşam</w:t>
      </w:r>
    </w:p>
    <w:p w14:paraId="3F89329D" w14:textId="77777777" w:rsidR="007C529B" w:rsidRDefault="00000000">
      <w:pPr>
        <w:jc w:val="both"/>
      </w:pPr>
      <w:r>
        <w:rPr>
          <w:lang w:val="tr-TR" w:eastAsia="tr-TR"/>
        </w:rPr>
        <w:t>Öğrencilerin bilgiye ulaşırken kaynakları karşılaştırması, güvenilirlik konusunda temel farkındalık geliştirmesi ve araştırma ürünlerini kendi ifadeleriyle oluşturmasının desteklenmesi gerektiği ifade edildi.</w:t>
      </w:r>
    </w:p>
    <w:p w14:paraId="0D6777D9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7. Öğrenme çıktıları ve öğretim sürecinin planlanması</w:t>
      </w:r>
    </w:p>
    <w:p w14:paraId="556D65E5" w14:textId="77777777" w:rsidR="007C529B" w:rsidRDefault="00000000">
      <w:pPr>
        <w:jc w:val="both"/>
      </w:pPr>
      <w:r>
        <w:rPr>
          <w:lang w:val="tr-TR" w:eastAsia="tr-TR"/>
        </w:rPr>
        <w:t>Yıllık ve günlük öğretim süreçlerinde öğrenme çıktılarının öğrencinin aktif katılımını sağlayacak yaşantılarla ilişkilendirilmesi; konu yetiştirme anlayışı yerine öğrenmenin niteliğinin ve öğrencinin beceriyi kullanabilmesinin esas alınması gerektiği görüşüldü.</w:t>
      </w:r>
    </w:p>
    <w:p w14:paraId="60EAE685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8. Farklılaştırılmış öğretim</w:t>
      </w:r>
    </w:p>
    <w:p w14:paraId="2E9A5E79" w14:textId="77777777" w:rsidR="007C529B" w:rsidRDefault="00000000">
      <w:pPr>
        <w:jc w:val="both"/>
      </w:pPr>
      <w:r>
        <w:rPr>
          <w:lang w:val="tr-TR" w:eastAsia="tr-TR"/>
        </w:rPr>
        <w:t>Hazırbulunuşluk, ilgi ve öğrenme hızındaki farklılıkların dikkate alınması; desteğe ihtiyaç duyan öğrenciler için basamaklandırma, model olma ve ek geri bildirim; ileri düzeyde ilerleyen öğrenciler için açık uçlu, araştırmaya ve üretime dayalı zenginleştirme görevleri planlanması benimsendi.</w:t>
      </w:r>
    </w:p>
    <w:p w14:paraId="73271FD8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9. Süreç odaklı ölçme-değerlendirme</w:t>
      </w:r>
    </w:p>
    <w:p w14:paraId="3EFDA425" w14:textId="77777777" w:rsidR="007C529B" w:rsidRDefault="00000000">
      <w:pPr>
        <w:jc w:val="both"/>
      </w:pPr>
      <w:r>
        <w:rPr>
          <w:lang w:val="tr-TR" w:eastAsia="tr-TR"/>
        </w:rPr>
        <w:t>Öğrenci gelişiminin tek bir sonuçla değil gözlem, öğrenci ürünü, performans, sözlü açıklama, kısa görev, öz değerlendirme ve benzeri öğrenme kanıtlarıyla izlenmesi; geri bildirimin öğrencinin güçlü yönünü ve bir sonraki öğrenme adımını görmesini sağlayacak biçimde verilmesi kararlaştırıldı.</w:t>
      </w:r>
    </w:p>
    <w:p w14:paraId="238EF0E4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10. Erdem-Değer-Eylem ve sosyal-duygusal öğrenme</w:t>
      </w:r>
    </w:p>
    <w:p w14:paraId="3DBC1F50" w14:textId="77777777" w:rsidR="007C529B" w:rsidRDefault="00000000">
      <w:pPr>
        <w:jc w:val="both"/>
      </w:pPr>
      <w:r>
        <w:rPr>
          <w:lang w:val="tr-TR" w:eastAsia="tr-TR"/>
        </w:rPr>
        <w:t>Saygı, sorumluluk, dürüstlük, adalet, yardımlaşma ve merhamet gibi değerlerin ders ve sınıf yaşamında davranışa dönüşmesini destekleyen uygulamalara yer verilmesi; iş birliği, öz düzenleme, empati ve yapıcı iletişim becerilerinin günlük sınıf süreçleri içinde geliştirilmesi uygun görüldü.</w:t>
      </w:r>
    </w:p>
    <w:p w14:paraId="750A1AA6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11. Özel eğitim, BEP ve rehberlik</w:t>
      </w:r>
    </w:p>
    <w:p w14:paraId="1FAD434D" w14:textId="77777777" w:rsidR="007C529B" w:rsidRDefault="00000000">
      <w:pPr>
        <w:jc w:val="both"/>
      </w:pPr>
      <w:r>
        <w:rPr>
          <w:lang w:val="tr-TR" w:eastAsia="tr-TR"/>
        </w:rPr>
        <w:t>Özel eğitim ihtiyacı bulunan veya ek desteğe gereksinim duyduğu gözlenen öğrenciler için gerekli uyarlamaların yapılması; aile, rehberlik hizmetleri ve okul yönetimiyle iş birliği kurulması; öğrencinin güçlü yönlerinin ve gelişim gereksinimlerinin birlikte ele alınması gerektiği belirtildi.</w:t>
      </w:r>
    </w:p>
    <w:p w14:paraId="3A814737" w14:textId="77777777" w:rsidR="00276178" w:rsidRDefault="00276178">
      <w:pPr>
        <w:spacing w:before="70" w:after="40"/>
        <w:jc w:val="both"/>
        <w:rPr>
          <w:b/>
          <w:sz w:val="22"/>
          <w:lang w:val="tr-TR" w:eastAsia="tr-TR"/>
        </w:rPr>
      </w:pPr>
    </w:p>
    <w:p w14:paraId="54FB9127" w14:textId="35A29D82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lastRenderedPageBreak/>
        <w:t>12. Okul-aile iş birliği, devam ve mahremiyet</w:t>
      </w:r>
    </w:p>
    <w:p w14:paraId="51FC5724" w14:textId="77777777" w:rsidR="007C529B" w:rsidRDefault="00000000">
      <w:pPr>
        <w:jc w:val="both"/>
      </w:pPr>
      <w:r>
        <w:rPr>
          <w:lang w:val="tr-TR" w:eastAsia="tr-TR"/>
        </w:rPr>
        <w:t>Ailelerle düzenli, saygılı ve çözüm odaklı iletişim kurulması; devam-devamsızlığın izlenmesi ve öğrenme sürekliliğinin korunması benimsendi. Öğrenciye ait fotoğraf, video, başarı bilgisi veya kişisel verilerin izinsiz paylaşılmaması ve bireysel öğrenci konularının uygun görüşme ortamlarında ele alınması gerektiği vurgulandı.</w:t>
      </w:r>
    </w:p>
    <w:p w14:paraId="58A7CEFA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13. Dijital güvenlik ve amaçlı teknoloji kullanımı</w:t>
      </w:r>
    </w:p>
    <w:p w14:paraId="38BC30ED" w14:textId="77777777" w:rsidR="007C529B" w:rsidRDefault="00000000">
      <w:pPr>
        <w:jc w:val="both"/>
      </w:pPr>
      <w:r>
        <w:rPr>
          <w:lang w:val="tr-TR" w:eastAsia="tr-TR"/>
        </w:rPr>
        <w:t>Dijital içeriklerin öğrencinin yaşına, gelişim düzeyine ve öğrenme amacına uygun seçilmesi; bilgi güvenilirliği, kişisel verilerin korunması, çevrim içi saygılı iletişim ve ekran dengesine ilişkin farkındalığın geliştirilmesi gerektiği görüşüldü.</w:t>
      </w:r>
    </w:p>
    <w:p w14:paraId="26ADC15A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14. Zümre iş birliği ve ortak çalışma</w:t>
      </w:r>
    </w:p>
    <w:p w14:paraId="72DF5795" w14:textId="77777777" w:rsidR="007C529B" w:rsidRDefault="00000000">
      <w:pPr>
        <w:jc w:val="both"/>
      </w:pPr>
      <w:r>
        <w:rPr>
          <w:lang w:val="tr-TR" w:eastAsia="tr-TR"/>
        </w:rPr>
        <w:t>Zümre öğretmenlerinin yıl boyunca etkili materyal, etkinlik, öğrenme kanıtı ve sınıf uygulamalarını paylaşması; ortak sorunlara birlikte çözüm geliştirmesi ve gerektiğinde disiplinler arası çalışmalar planlaması kararlaştırıldı.</w:t>
      </w:r>
    </w:p>
    <w:p w14:paraId="7D2FF0AD" w14:textId="77777777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15. Dilek, temenniler ve kapanış</w:t>
      </w:r>
    </w:p>
    <w:p w14:paraId="33311F4D" w14:textId="77777777" w:rsidR="007C529B" w:rsidRDefault="00000000">
      <w:pPr>
        <w:jc w:val="both"/>
      </w:pPr>
      <w:r>
        <w:rPr>
          <w:lang w:val="tr-TR" w:eastAsia="tr-TR"/>
        </w:rPr>
        <w:t>Öğrencilerin öğrenme merakını korudukları, sorumluluk aldıkları ve kendilerini güvende hissettikleri bir eğitim öğretim yılı geçirilmesi temenni edildi. Gündem maddelerinin tamamlanmasının ardından toplantı zümre başkanı tarafından sona erdirildi.</w:t>
      </w:r>
    </w:p>
    <w:p w14:paraId="7E8A8996" w14:textId="77777777" w:rsidR="007C529B" w:rsidRDefault="00000000">
      <w:r>
        <w:rPr>
          <w:lang w:val="tr-TR" w:eastAsia="tr-TR"/>
        </w:rPr>
        <w:br w:type="page"/>
      </w:r>
    </w:p>
    <w:p w14:paraId="23CD3DAC" w14:textId="77777777" w:rsidR="007C529B" w:rsidRDefault="00000000">
      <w:pPr>
        <w:spacing w:after="30"/>
        <w:jc w:val="center"/>
      </w:pPr>
      <w:r>
        <w:rPr>
          <w:b/>
          <w:sz w:val="28"/>
          <w:lang w:val="tr-TR" w:eastAsia="tr-TR"/>
        </w:rPr>
        <w:lastRenderedPageBreak/>
        <w:t>GÜNEŞLI VADI İLKOKULU</w:t>
      </w:r>
    </w:p>
    <w:p w14:paraId="13C3C4D5" w14:textId="77777777" w:rsidR="007C529B" w:rsidRDefault="00000000">
      <w:pPr>
        <w:spacing w:after="30"/>
        <w:jc w:val="center"/>
      </w:pPr>
      <w:r>
        <w:rPr>
          <w:b/>
          <w:sz w:val="24"/>
          <w:lang w:val="tr-TR" w:eastAsia="tr-TR"/>
        </w:rPr>
        <w:t>2026-2027 EĞİTİM ÖĞRETİM YILI</w:t>
      </w:r>
    </w:p>
    <w:p w14:paraId="5862CE95" w14:textId="77777777" w:rsidR="007C529B" w:rsidRDefault="00000000">
      <w:pPr>
        <w:spacing w:after="100"/>
        <w:jc w:val="center"/>
      </w:pPr>
      <w:r>
        <w:rPr>
          <w:b/>
          <w:sz w:val="24"/>
          <w:lang w:val="tr-TR" w:eastAsia="tr-TR"/>
        </w:rPr>
        <w:t>3. SINIFLAR SENE BAŞI ZÜMRE ÖĞRETMENLER KURULUNDA ALINAN KARARLAR</w:t>
      </w:r>
    </w:p>
    <w:p w14:paraId="619C149A" w14:textId="77777777" w:rsidR="007C529B" w:rsidRDefault="00000000">
      <w:pPr>
        <w:spacing w:after="25"/>
        <w:jc w:val="both"/>
      </w:pPr>
      <w:r>
        <w:rPr>
          <w:lang w:val="tr-TR" w:eastAsia="tr-TR"/>
        </w:rPr>
        <w:t>1. Öğretim süreçlerinin Türkiye Yüzyılı Maarif Modeli doğrultusunda öğrenme çıktıları, beceriler, eğilimler, değerler ve okuryazarlıklar bütünlüğünde yürütülmesine,</w:t>
      </w:r>
    </w:p>
    <w:p w14:paraId="3BCF360E" w14:textId="77777777" w:rsidR="007C529B" w:rsidRDefault="00000000">
      <w:pPr>
        <w:spacing w:after="25"/>
        <w:jc w:val="both"/>
      </w:pPr>
      <w:r>
        <w:rPr>
          <w:lang w:val="tr-TR" w:eastAsia="tr-TR"/>
        </w:rPr>
        <w:t>2. Öğrencilerin hazırbulunuşluk ve bireysel gelişim farklılıklarının dikkate alınmasına; öğrencilerin birbirleriyle karşılaştırılmamasına,</w:t>
      </w:r>
    </w:p>
    <w:p w14:paraId="17599653" w14:textId="77777777" w:rsidR="007C529B" w:rsidRDefault="00000000">
      <w:pPr>
        <w:spacing w:after="25"/>
        <w:jc w:val="both"/>
      </w:pPr>
      <w:r>
        <w:rPr>
          <w:lang w:val="tr-TR" w:eastAsia="tr-TR"/>
        </w:rPr>
        <w:t>3. türkçe dersinde anlama, çıkarım, söz varlığı, sözlü ve yazılı anlatım çalışmalarına yıl boyunca düzenli biçimde yer verilmesine,</w:t>
      </w:r>
    </w:p>
    <w:p w14:paraId="62E89C75" w14:textId="77777777" w:rsidR="007C529B" w:rsidRDefault="00000000">
      <w:pPr>
        <w:spacing w:after="25"/>
        <w:jc w:val="both"/>
      </w:pPr>
      <w:r>
        <w:rPr>
          <w:lang w:val="tr-TR" w:eastAsia="tr-TR"/>
        </w:rPr>
        <w:t>4. matematikte problem çözme, muhakeme, strateji geliştirme ve açıklama becerilerinin günlük yaşamla ilişkilendirilerek desteklenmesine,</w:t>
      </w:r>
    </w:p>
    <w:p w14:paraId="10C71816" w14:textId="77777777" w:rsidR="007C529B" w:rsidRDefault="00000000">
      <w:pPr>
        <w:spacing w:after="25"/>
        <w:jc w:val="both"/>
      </w:pPr>
      <w:r>
        <w:rPr>
          <w:lang w:val="tr-TR" w:eastAsia="tr-TR"/>
        </w:rPr>
        <w:t>5. Desteğe ihtiyaç duyan öğrenciler için destekleme, ileri düzeyde ilerleyen öğrenciler için zenginleştirme uygulamalarının planlanmasına,</w:t>
      </w:r>
    </w:p>
    <w:p w14:paraId="40F3C6D4" w14:textId="77777777" w:rsidR="007C529B" w:rsidRDefault="00000000">
      <w:pPr>
        <w:spacing w:after="25"/>
        <w:jc w:val="both"/>
      </w:pPr>
      <w:r>
        <w:rPr>
          <w:lang w:val="tr-TR" w:eastAsia="tr-TR"/>
        </w:rPr>
        <w:t>6. Öğrenci gelişiminin çeşitli öğrenme kanıtlarıyla süreç içinde izlenmesine ve yapıcı geri bildirim verilmesine,</w:t>
      </w:r>
    </w:p>
    <w:p w14:paraId="631F8DC1" w14:textId="77777777" w:rsidR="007C529B" w:rsidRDefault="00000000">
      <w:pPr>
        <w:spacing w:after="25"/>
        <w:jc w:val="both"/>
      </w:pPr>
      <w:r>
        <w:rPr>
          <w:lang w:val="tr-TR" w:eastAsia="tr-TR"/>
        </w:rPr>
        <w:t>7. Erdem-Değer-Eylem çerçevesindeki değerlerin sınıf yaşamında davranışa dönüşmesini destekleyen uygulamalara yer verilmesine,</w:t>
      </w:r>
    </w:p>
    <w:p w14:paraId="4C8DFDAE" w14:textId="77777777" w:rsidR="007C529B" w:rsidRDefault="00000000">
      <w:pPr>
        <w:spacing w:after="25"/>
        <w:jc w:val="both"/>
      </w:pPr>
      <w:r>
        <w:rPr>
          <w:lang w:val="tr-TR" w:eastAsia="tr-TR"/>
        </w:rPr>
        <w:t>8. Özel eğitim ihtiyacı bulunan öğrenciler için gerekli uyarlamaların ve BEP çalışmalarının ilgili paydaşlarla iş birliği içinde yürütülmesine,</w:t>
      </w:r>
    </w:p>
    <w:p w14:paraId="7E49CA82" w14:textId="77777777" w:rsidR="007C529B" w:rsidRDefault="00000000">
      <w:pPr>
        <w:spacing w:after="25"/>
        <w:jc w:val="both"/>
      </w:pPr>
      <w:r>
        <w:rPr>
          <w:lang w:val="tr-TR" w:eastAsia="tr-TR"/>
        </w:rPr>
        <w:t>9. Düzenli devamın desteklenmesine ve ailelerle çözüm odaklı iletişim kurulmasına,</w:t>
      </w:r>
    </w:p>
    <w:p w14:paraId="6FEAD64F" w14:textId="77777777" w:rsidR="007C529B" w:rsidRDefault="00000000">
      <w:pPr>
        <w:spacing w:after="25"/>
        <w:jc w:val="both"/>
      </w:pPr>
      <w:r>
        <w:rPr>
          <w:lang w:val="tr-TR" w:eastAsia="tr-TR"/>
        </w:rPr>
        <w:t>10. Öğrenci mahremiyetinin ve kişisel verilerin korunmasına; öğrenci bilgilerinin izinsiz paylaşılmamasına,</w:t>
      </w:r>
    </w:p>
    <w:p w14:paraId="1F2C82EC" w14:textId="77777777" w:rsidR="007C529B" w:rsidRDefault="00000000">
      <w:pPr>
        <w:spacing w:after="25"/>
        <w:jc w:val="both"/>
      </w:pPr>
      <w:r>
        <w:rPr>
          <w:lang w:val="tr-TR" w:eastAsia="tr-TR"/>
        </w:rPr>
        <w:t>11. Dijital kaynakların yaşa uygun, güvenli ve öğrenme amacına hizmet edecek biçimde kullanılmasına,</w:t>
      </w:r>
    </w:p>
    <w:p w14:paraId="09A752B5" w14:textId="77777777" w:rsidR="007C529B" w:rsidRDefault="00000000">
      <w:pPr>
        <w:spacing w:after="25"/>
        <w:jc w:val="both"/>
      </w:pPr>
      <w:r>
        <w:rPr>
          <w:lang w:val="tr-TR" w:eastAsia="tr-TR"/>
        </w:rPr>
        <w:t>12. Zümre öğretmenlerinin materyal, etkinlik ve iyi uygulama örneklerini yıl boyunca paylaşmasına,</w:t>
      </w:r>
    </w:p>
    <w:p w14:paraId="731C9B5B" w14:textId="77777777" w:rsidR="007C529B" w:rsidRDefault="00000000">
      <w:pPr>
        <w:spacing w:after="25"/>
        <w:jc w:val="both"/>
      </w:pPr>
      <w:r>
        <w:rPr>
          <w:lang w:val="tr-TR" w:eastAsia="tr-TR"/>
        </w:rPr>
        <w:t>13. Öğrencilerin bağımsız öğrenme, sorumluluk ve öz düzenleme becerilerinin sınıf düzeyine uygun biçimde geliştirilmesine,</w:t>
      </w:r>
    </w:p>
    <w:p w14:paraId="2B80D557" w14:textId="77777777" w:rsidR="007C529B" w:rsidRDefault="00000000">
      <w:pPr>
        <w:spacing w:after="25"/>
        <w:jc w:val="both"/>
      </w:pPr>
      <w:r>
        <w:rPr>
          <w:lang w:val="tr-TR" w:eastAsia="tr-TR"/>
        </w:rPr>
        <w:t>14. Okuma kültürünü ve araştırma merakını destekleyen çalışmalara bütün derslerde fırsat verilmesine karar verilmiştir.</w:t>
      </w:r>
    </w:p>
    <w:p w14:paraId="69A4CC91" w14:textId="77777777" w:rsidR="00276178" w:rsidRDefault="00276178">
      <w:pPr>
        <w:spacing w:before="70" w:after="40"/>
        <w:jc w:val="both"/>
        <w:rPr>
          <w:b/>
          <w:sz w:val="22"/>
          <w:lang w:val="tr-TR" w:eastAsia="tr-TR"/>
        </w:rPr>
      </w:pPr>
    </w:p>
    <w:p w14:paraId="6DCA5A08" w14:textId="77777777" w:rsidR="00276178" w:rsidRDefault="00276178">
      <w:pPr>
        <w:spacing w:before="70" w:after="40"/>
        <w:jc w:val="both"/>
        <w:rPr>
          <w:b/>
          <w:sz w:val="22"/>
          <w:lang w:val="tr-TR" w:eastAsia="tr-TR"/>
        </w:rPr>
      </w:pPr>
    </w:p>
    <w:p w14:paraId="4604D89D" w14:textId="77777777" w:rsidR="00276178" w:rsidRDefault="00276178">
      <w:pPr>
        <w:spacing w:before="70" w:after="40"/>
        <w:jc w:val="both"/>
        <w:rPr>
          <w:b/>
          <w:sz w:val="22"/>
          <w:lang w:val="tr-TR" w:eastAsia="tr-TR"/>
        </w:rPr>
      </w:pPr>
    </w:p>
    <w:p w14:paraId="08853803" w14:textId="06ECD06F" w:rsidR="007C529B" w:rsidRDefault="00000000">
      <w:pPr>
        <w:spacing w:before="70" w:after="40"/>
        <w:jc w:val="both"/>
      </w:pPr>
      <w:r>
        <w:rPr>
          <w:b/>
          <w:sz w:val="22"/>
          <w:lang w:val="tr-TR" w:eastAsia="tr-TR"/>
        </w:rPr>
        <w:t>TOPLANTIYA KATILANLAR</w:t>
      </w:r>
    </w:p>
    <w:tbl>
      <w:tblPr>
        <w:tblW w:w="0" w:type="auto"/>
        <w:jc w:val="center"/>
        <w:tblBorders>
          <w:top w:val="single" w:sz="8" w:space="0" w:color="777777"/>
          <w:left w:val="single" w:sz="8" w:space="0" w:color="777777"/>
          <w:bottom w:val="single" w:sz="8" w:space="0" w:color="777777"/>
          <w:right w:val="single" w:sz="8" w:space="0" w:color="777777"/>
          <w:insideH w:val="single" w:sz="8" w:space="0" w:color="777777"/>
          <w:insideV w:val="single" w:sz="8" w:space="0" w:color="777777"/>
        </w:tblBorders>
        <w:tblLook w:val="04A0" w:firstRow="1" w:lastRow="0" w:firstColumn="1" w:lastColumn="0" w:noHBand="0" w:noVBand="1"/>
      </w:tblPr>
      <w:tblGrid>
        <w:gridCol w:w="2564"/>
        <w:gridCol w:w="2564"/>
        <w:gridCol w:w="2564"/>
        <w:gridCol w:w="2564"/>
      </w:tblGrid>
      <w:tr w:rsidR="007C529B" w14:paraId="127311F8" w14:textId="77777777">
        <w:trPr>
          <w:jc w:val="center"/>
        </w:trPr>
        <w:tc>
          <w:tcPr>
            <w:tcW w:w="2564" w:type="dxa"/>
            <w:shd w:val="clear" w:color="auto" w:fill="E7E7E7"/>
          </w:tcPr>
          <w:p w14:paraId="79C2708D" w14:textId="77777777" w:rsidR="007C529B" w:rsidRDefault="00000000">
            <w:pPr>
              <w:jc w:val="center"/>
            </w:pPr>
            <w:r>
              <w:rPr>
                <w:b/>
              </w:rPr>
              <w:t>Sıra</w:t>
            </w:r>
          </w:p>
        </w:tc>
        <w:tc>
          <w:tcPr>
            <w:tcW w:w="2564" w:type="dxa"/>
            <w:shd w:val="clear" w:color="auto" w:fill="E7E7E7"/>
          </w:tcPr>
          <w:p w14:paraId="3364CA88" w14:textId="77777777" w:rsidR="007C529B" w:rsidRDefault="00000000">
            <w:pPr>
              <w:jc w:val="center"/>
            </w:pPr>
            <w:r>
              <w:rPr>
                <w:b/>
              </w:rPr>
              <w:t>Adı Soyadı</w:t>
            </w:r>
          </w:p>
        </w:tc>
        <w:tc>
          <w:tcPr>
            <w:tcW w:w="2564" w:type="dxa"/>
            <w:shd w:val="clear" w:color="auto" w:fill="E7E7E7"/>
          </w:tcPr>
          <w:p w14:paraId="3CBAA03E" w14:textId="77777777" w:rsidR="007C529B" w:rsidRDefault="00000000">
            <w:pPr>
              <w:jc w:val="center"/>
            </w:pPr>
            <w:r>
              <w:rPr>
                <w:b/>
              </w:rPr>
              <w:t>Görevi</w:t>
            </w:r>
          </w:p>
        </w:tc>
        <w:tc>
          <w:tcPr>
            <w:tcW w:w="2564" w:type="dxa"/>
            <w:shd w:val="clear" w:color="auto" w:fill="E7E7E7"/>
          </w:tcPr>
          <w:p w14:paraId="5EA24662" w14:textId="77777777" w:rsidR="007C529B" w:rsidRDefault="00000000">
            <w:pPr>
              <w:jc w:val="center"/>
            </w:pPr>
            <w:r>
              <w:rPr>
                <w:b/>
              </w:rPr>
              <w:t>İmza</w:t>
            </w:r>
          </w:p>
        </w:tc>
      </w:tr>
      <w:tr w:rsidR="007C529B" w14:paraId="5CB8A080" w14:textId="77777777">
        <w:trPr>
          <w:jc w:val="center"/>
        </w:trPr>
        <w:tc>
          <w:tcPr>
            <w:tcW w:w="2564" w:type="dxa"/>
            <w:vAlign w:val="center"/>
          </w:tcPr>
          <w:p w14:paraId="63850DF0" w14:textId="77777777" w:rsidR="007C529B" w:rsidRDefault="00000000">
            <w:pPr>
              <w:spacing w:after="0"/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w="2564" w:type="dxa"/>
            <w:vAlign w:val="center"/>
          </w:tcPr>
          <w:p w14:paraId="0274AEE5" w14:textId="77777777" w:rsidR="007C529B" w:rsidRDefault="00000000">
            <w:pPr>
              <w:spacing w:after="0"/>
            </w:pPr>
            <w:r>
              <w:rPr>
                <w:sz w:val="18"/>
              </w:rPr>
              <w:t>Selin KORKMAZ</w:t>
            </w:r>
          </w:p>
        </w:tc>
        <w:tc>
          <w:tcPr>
            <w:tcW w:w="2564" w:type="dxa"/>
            <w:vAlign w:val="center"/>
          </w:tcPr>
          <w:p w14:paraId="51664096" w14:textId="77777777" w:rsidR="007C529B" w:rsidRDefault="00000000">
            <w:pPr>
              <w:spacing w:after="0"/>
            </w:pPr>
            <w:r>
              <w:rPr>
                <w:sz w:val="18"/>
              </w:rPr>
              <w:t>Zümre Başkanı</w:t>
            </w:r>
          </w:p>
        </w:tc>
        <w:tc>
          <w:tcPr>
            <w:tcW w:w="2564" w:type="dxa"/>
            <w:vAlign w:val="center"/>
          </w:tcPr>
          <w:p w14:paraId="5AC89994" w14:textId="77777777" w:rsidR="007C529B" w:rsidRDefault="007C529B">
            <w:pPr>
              <w:spacing w:after="0"/>
              <w:jc w:val="center"/>
            </w:pPr>
          </w:p>
        </w:tc>
      </w:tr>
      <w:tr w:rsidR="007C529B" w14:paraId="48665BA3" w14:textId="77777777">
        <w:trPr>
          <w:jc w:val="center"/>
        </w:trPr>
        <w:tc>
          <w:tcPr>
            <w:tcW w:w="2564" w:type="dxa"/>
            <w:vAlign w:val="center"/>
          </w:tcPr>
          <w:p w14:paraId="31F23142" w14:textId="77777777" w:rsidR="007C529B" w:rsidRDefault="00000000">
            <w:pPr>
              <w:spacing w:after="0"/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w="2564" w:type="dxa"/>
            <w:vAlign w:val="center"/>
          </w:tcPr>
          <w:p w14:paraId="335873E3" w14:textId="77777777" w:rsidR="007C529B" w:rsidRDefault="00000000">
            <w:pPr>
              <w:spacing w:after="0"/>
            </w:pPr>
            <w:r>
              <w:rPr>
                <w:sz w:val="18"/>
              </w:rPr>
              <w:t>Gökhan ACAR</w:t>
            </w:r>
          </w:p>
        </w:tc>
        <w:tc>
          <w:tcPr>
            <w:tcW w:w="2564" w:type="dxa"/>
            <w:vAlign w:val="center"/>
          </w:tcPr>
          <w:p w14:paraId="6362AD2B" w14:textId="77777777" w:rsidR="007C529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5B9A456D" w14:textId="77777777" w:rsidR="007C529B" w:rsidRDefault="007C529B">
            <w:pPr>
              <w:spacing w:after="0"/>
              <w:jc w:val="center"/>
            </w:pPr>
          </w:p>
        </w:tc>
      </w:tr>
      <w:tr w:rsidR="007C529B" w14:paraId="6078BBBA" w14:textId="77777777">
        <w:trPr>
          <w:jc w:val="center"/>
        </w:trPr>
        <w:tc>
          <w:tcPr>
            <w:tcW w:w="2564" w:type="dxa"/>
            <w:vAlign w:val="center"/>
          </w:tcPr>
          <w:p w14:paraId="19D64B6B" w14:textId="77777777" w:rsidR="007C529B" w:rsidRDefault="00000000">
            <w:pPr>
              <w:spacing w:after="0"/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w="2564" w:type="dxa"/>
            <w:vAlign w:val="center"/>
          </w:tcPr>
          <w:p w14:paraId="4D17FB1F" w14:textId="77777777" w:rsidR="007C529B" w:rsidRDefault="00000000">
            <w:pPr>
              <w:spacing w:after="0"/>
            </w:pPr>
            <w:r>
              <w:rPr>
                <w:sz w:val="18"/>
              </w:rPr>
              <w:t>Esra TUNÇ</w:t>
            </w:r>
          </w:p>
        </w:tc>
        <w:tc>
          <w:tcPr>
            <w:tcW w:w="2564" w:type="dxa"/>
            <w:vAlign w:val="center"/>
          </w:tcPr>
          <w:p w14:paraId="2C09B765" w14:textId="77777777" w:rsidR="007C529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0BCD5D16" w14:textId="77777777" w:rsidR="007C529B" w:rsidRDefault="007C529B">
            <w:pPr>
              <w:spacing w:after="0"/>
              <w:jc w:val="center"/>
            </w:pPr>
          </w:p>
        </w:tc>
      </w:tr>
      <w:tr w:rsidR="007C529B" w14:paraId="0612FDC0" w14:textId="77777777">
        <w:trPr>
          <w:jc w:val="center"/>
        </w:trPr>
        <w:tc>
          <w:tcPr>
            <w:tcW w:w="2564" w:type="dxa"/>
            <w:vAlign w:val="center"/>
          </w:tcPr>
          <w:p w14:paraId="12C6CB41" w14:textId="77777777" w:rsidR="007C529B" w:rsidRDefault="00000000">
            <w:pPr>
              <w:spacing w:after="0"/>
              <w:jc w:val="center"/>
            </w:pPr>
            <w:r>
              <w:rPr>
                <w:sz w:val="18"/>
              </w:rPr>
              <w:t>4</w:t>
            </w:r>
          </w:p>
        </w:tc>
        <w:tc>
          <w:tcPr>
            <w:tcW w:w="2564" w:type="dxa"/>
            <w:vAlign w:val="center"/>
          </w:tcPr>
          <w:p w14:paraId="6F7039AD" w14:textId="77777777" w:rsidR="007C529B" w:rsidRDefault="00000000">
            <w:pPr>
              <w:spacing w:after="0"/>
            </w:pPr>
            <w:r>
              <w:rPr>
                <w:sz w:val="18"/>
              </w:rPr>
              <w:t>Tolga DEMİR</w:t>
            </w:r>
          </w:p>
        </w:tc>
        <w:tc>
          <w:tcPr>
            <w:tcW w:w="2564" w:type="dxa"/>
            <w:vAlign w:val="center"/>
          </w:tcPr>
          <w:p w14:paraId="3F61A379" w14:textId="77777777" w:rsidR="007C529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1FC93C17" w14:textId="77777777" w:rsidR="007C529B" w:rsidRDefault="007C529B">
            <w:pPr>
              <w:spacing w:after="0"/>
              <w:jc w:val="center"/>
            </w:pPr>
          </w:p>
        </w:tc>
      </w:tr>
      <w:tr w:rsidR="007C529B" w14:paraId="51C7D152" w14:textId="77777777">
        <w:trPr>
          <w:jc w:val="center"/>
        </w:trPr>
        <w:tc>
          <w:tcPr>
            <w:tcW w:w="2564" w:type="dxa"/>
            <w:vAlign w:val="center"/>
          </w:tcPr>
          <w:p w14:paraId="219D557D" w14:textId="77777777" w:rsidR="007C529B" w:rsidRDefault="00000000">
            <w:pPr>
              <w:spacing w:after="0"/>
              <w:jc w:val="center"/>
            </w:pPr>
            <w:r>
              <w:rPr>
                <w:sz w:val="18"/>
              </w:rPr>
              <w:t>5</w:t>
            </w:r>
          </w:p>
        </w:tc>
        <w:tc>
          <w:tcPr>
            <w:tcW w:w="2564" w:type="dxa"/>
            <w:vAlign w:val="center"/>
          </w:tcPr>
          <w:p w14:paraId="2BE572BB" w14:textId="77777777" w:rsidR="007C529B" w:rsidRDefault="00000000">
            <w:pPr>
              <w:spacing w:after="0"/>
            </w:pPr>
            <w:r>
              <w:rPr>
                <w:sz w:val="18"/>
              </w:rPr>
              <w:t>Nihan ASLAN</w:t>
            </w:r>
          </w:p>
        </w:tc>
        <w:tc>
          <w:tcPr>
            <w:tcW w:w="2564" w:type="dxa"/>
            <w:vAlign w:val="center"/>
          </w:tcPr>
          <w:p w14:paraId="1C6F2D01" w14:textId="77777777" w:rsidR="007C529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701E3443" w14:textId="77777777" w:rsidR="007C529B" w:rsidRDefault="007C529B">
            <w:pPr>
              <w:spacing w:after="0"/>
              <w:jc w:val="center"/>
            </w:pPr>
          </w:p>
        </w:tc>
      </w:tr>
      <w:tr w:rsidR="007C529B" w14:paraId="0EF2C98C" w14:textId="77777777">
        <w:trPr>
          <w:jc w:val="center"/>
        </w:trPr>
        <w:tc>
          <w:tcPr>
            <w:tcW w:w="2564" w:type="dxa"/>
            <w:vAlign w:val="center"/>
          </w:tcPr>
          <w:p w14:paraId="79B60EAD" w14:textId="77777777" w:rsidR="007C529B" w:rsidRDefault="00000000">
            <w:pPr>
              <w:spacing w:after="0"/>
              <w:jc w:val="center"/>
            </w:pPr>
            <w:r>
              <w:rPr>
                <w:sz w:val="18"/>
              </w:rPr>
              <w:t>6</w:t>
            </w:r>
          </w:p>
        </w:tc>
        <w:tc>
          <w:tcPr>
            <w:tcW w:w="2564" w:type="dxa"/>
            <w:vAlign w:val="center"/>
          </w:tcPr>
          <w:p w14:paraId="585E0585" w14:textId="77777777" w:rsidR="007C529B" w:rsidRDefault="00000000">
            <w:pPr>
              <w:spacing w:after="0"/>
            </w:pPr>
            <w:r>
              <w:rPr>
                <w:sz w:val="18"/>
              </w:rPr>
              <w:t>Cemal GÜNEŞ</w:t>
            </w:r>
          </w:p>
        </w:tc>
        <w:tc>
          <w:tcPr>
            <w:tcW w:w="2564" w:type="dxa"/>
            <w:vAlign w:val="center"/>
          </w:tcPr>
          <w:p w14:paraId="2A06B721" w14:textId="77777777" w:rsidR="007C529B" w:rsidRDefault="00000000">
            <w:pPr>
              <w:spacing w:after="0"/>
            </w:pPr>
            <w:r>
              <w:rPr>
                <w:sz w:val="18"/>
              </w:rPr>
              <w:t>Zümre Öğretmeni</w:t>
            </w:r>
          </w:p>
        </w:tc>
        <w:tc>
          <w:tcPr>
            <w:tcW w:w="2564" w:type="dxa"/>
            <w:vAlign w:val="center"/>
          </w:tcPr>
          <w:p w14:paraId="5EAC3179" w14:textId="77777777" w:rsidR="007C529B" w:rsidRDefault="007C529B">
            <w:pPr>
              <w:spacing w:after="0"/>
              <w:jc w:val="center"/>
            </w:pPr>
          </w:p>
        </w:tc>
      </w:tr>
    </w:tbl>
    <w:p w14:paraId="11DF8714" w14:textId="77777777" w:rsidR="00276178" w:rsidRDefault="00276178">
      <w:pPr>
        <w:spacing w:before="120"/>
        <w:jc w:val="center"/>
        <w:rPr>
          <w:b/>
          <w:lang w:val="tr-TR" w:eastAsia="tr-TR"/>
        </w:rPr>
      </w:pPr>
    </w:p>
    <w:p w14:paraId="0C55551F" w14:textId="77777777" w:rsidR="00276178" w:rsidRDefault="00276178">
      <w:pPr>
        <w:spacing w:before="120"/>
        <w:jc w:val="center"/>
        <w:rPr>
          <w:b/>
          <w:lang w:val="tr-TR" w:eastAsia="tr-TR"/>
        </w:rPr>
      </w:pPr>
    </w:p>
    <w:p w14:paraId="1E40EE15" w14:textId="77777777" w:rsidR="00276178" w:rsidRDefault="00276178">
      <w:pPr>
        <w:spacing w:before="120"/>
        <w:jc w:val="center"/>
        <w:rPr>
          <w:b/>
          <w:lang w:val="tr-TR" w:eastAsia="tr-TR"/>
        </w:rPr>
      </w:pPr>
    </w:p>
    <w:p w14:paraId="106B45EF" w14:textId="77777777" w:rsidR="00276178" w:rsidRDefault="00276178">
      <w:pPr>
        <w:spacing w:before="120"/>
        <w:jc w:val="center"/>
        <w:rPr>
          <w:b/>
          <w:lang w:val="tr-TR" w:eastAsia="tr-TR"/>
        </w:rPr>
      </w:pPr>
    </w:p>
    <w:p w14:paraId="4431F1D6" w14:textId="77777777" w:rsidR="00276178" w:rsidRDefault="00276178">
      <w:pPr>
        <w:spacing w:before="120"/>
        <w:jc w:val="center"/>
        <w:rPr>
          <w:b/>
          <w:lang w:val="tr-TR" w:eastAsia="tr-TR"/>
        </w:rPr>
      </w:pPr>
    </w:p>
    <w:p w14:paraId="60F7E117" w14:textId="77777777" w:rsidR="00276178" w:rsidRDefault="00276178">
      <w:pPr>
        <w:spacing w:before="120"/>
        <w:jc w:val="center"/>
        <w:rPr>
          <w:b/>
          <w:lang w:val="tr-TR" w:eastAsia="tr-TR"/>
        </w:rPr>
      </w:pPr>
    </w:p>
    <w:p w14:paraId="5ED38B86" w14:textId="77777777" w:rsidR="00276178" w:rsidRDefault="00276178">
      <w:pPr>
        <w:spacing w:before="120"/>
        <w:jc w:val="center"/>
        <w:rPr>
          <w:b/>
          <w:lang w:val="tr-TR" w:eastAsia="tr-TR"/>
        </w:rPr>
      </w:pPr>
    </w:p>
    <w:p w14:paraId="132ACA7E" w14:textId="20830E97" w:rsidR="007C529B" w:rsidRDefault="00000000">
      <w:pPr>
        <w:spacing w:before="120"/>
        <w:jc w:val="center"/>
      </w:pPr>
      <w:r>
        <w:rPr>
          <w:b/>
          <w:lang w:val="tr-TR" w:eastAsia="tr-TR"/>
        </w:rPr>
        <w:t>UYGUNDUR</w:t>
      </w:r>
      <w:r>
        <w:rPr>
          <w:b/>
          <w:lang w:val="tr-TR" w:eastAsia="tr-TR"/>
        </w:rPr>
        <w:br/>
        <w:t>Murat DEMİR</w:t>
      </w:r>
      <w:r>
        <w:rPr>
          <w:b/>
          <w:lang w:val="tr-TR" w:eastAsia="tr-TR"/>
        </w:rPr>
        <w:br/>
        <w:t>Okul Müdürü</w:t>
      </w:r>
    </w:p>
    <w:sectPr w:rsidR="007C529B" w:rsidSect="00034616">
      <w:footerReference w:type="default" r:id="rId8"/>
      <w:pgSz w:w="12240" w:h="15840"/>
      <w:pgMar w:top="822" w:right="992" w:bottom="822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8045B" w14:textId="77777777" w:rsidR="001343FB" w:rsidRDefault="001343FB">
      <w:pPr>
        <w:spacing w:after="0"/>
      </w:pPr>
      <w:r>
        <w:separator/>
      </w:r>
    </w:p>
  </w:endnote>
  <w:endnote w:type="continuationSeparator" w:id="0">
    <w:p w14:paraId="2813DCD5" w14:textId="77777777" w:rsidR="001343FB" w:rsidRDefault="001343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2BE1B" w14:textId="77777777" w:rsidR="007C529B" w:rsidRDefault="00000000">
    <w:pPr>
      <w:pStyle w:val="AltBilgi"/>
      <w:jc w:val="center"/>
    </w:pPr>
    <w:r>
      <w:rPr>
        <w:b/>
        <w:color w:val="505050"/>
        <w:sz w:val="18"/>
      </w:rPr>
      <w:t>eduplan.tr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82268D" w14:textId="77777777" w:rsidR="001343FB" w:rsidRDefault="001343FB">
      <w:pPr>
        <w:spacing w:after="0"/>
      </w:pPr>
      <w:r>
        <w:separator/>
      </w:r>
    </w:p>
  </w:footnote>
  <w:footnote w:type="continuationSeparator" w:id="0">
    <w:p w14:paraId="3B38926A" w14:textId="77777777" w:rsidR="001343FB" w:rsidRDefault="001343F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74103781">
    <w:abstractNumId w:val="8"/>
  </w:num>
  <w:num w:numId="2" w16cid:durableId="2006273582">
    <w:abstractNumId w:val="6"/>
  </w:num>
  <w:num w:numId="3" w16cid:durableId="1819029421">
    <w:abstractNumId w:val="5"/>
  </w:num>
  <w:num w:numId="4" w16cid:durableId="970132420">
    <w:abstractNumId w:val="4"/>
  </w:num>
  <w:num w:numId="5" w16cid:durableId="1778941053">
    <w:abstractNumId w:val="7"/>
  </w:num>
  <w:num w:numId="6" w16cid:durableId="884826703">
    <w:abstractNumId w:val="3"/>
  </w:num>
  <w:num w:numId="7" w16cid:durableId="432214903">
    <w:abstractNumId w:val="2"/>
  </w:num>
  <w:num w:numId="8" w16cid:durableId="1524858252">
    <w:abstractNumId w:val="1"/>
  </w:num>
  <w:num w:numId="9" w16cid:durableId="1822843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343FB"/>
    <w:rsid w:val="0015074B"/>
    <w:rsid w:val="00276178"/>
    <w:rsid w:val="0029639D"/>
    <w:rsid w:val="00326F90"/>
    <w:rsid w:val="007C529B"/>
    <w:rsid w:val="0082087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6B151F"/>
  <w14:defaultImageDpi w14:val="300"/>
  <w15:docId w15:val="{4F7C71D7-1C64-48FE-89D0-B576989B1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56" w:line="240" w:lineRule="auto"/>
    </w:pPr>
    <w:rPr>
      <w:rFonts w:ascii="Times New Roman" w:eastAsia="Times New Roman" w:hAnsi="Times New Roman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1270</Words>
  <Characters>7240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 Sınıf Sene Başı Zümre Öğretmenler Kurulu Örnek 2</dc:title>
  <dc:subject>2026-2027 Türkiye Yüzyılı Maarif Modeli uyumlu alternatif zümre örneği</dc:subject>
  <dc:creator>eduplan.tr</dc:creator>
  <cp:keywords>eduplan.tr, 3. sınıf, sene başı zümre, örnek 2, 2026-2027</cp:keywords>
  <dc:description>eduplan.tr</dc:description>
  <cp:lastModifiedBy>Lenovo</cp:lastModifiedBy>
  <cp:revision>2</cp:revision>
  <dcterms:created xsi:type="dcterms:W3CDTF">2013-12-23T23:15:00Z</dcterms:created>
  <dcterms:modified xsi:type="dcterms:W3CDTF">2026-09-06T12:27:00Z</dcterms:modified>
  <cp:category/>
</cp:coreProperties>
</file>